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3D9D1" w14:textId="77777777" w:rsidR="00351C3B" w:rsidRPr="000D645D" w:rsidRDefault="00893AA0">
      <w:pPr>
        <w:pStyle w:val="Title"/>
        <w:rPr>
          <w:b/>
          <w:bCs/>
          <w:lang w:val="nl-NL"/>
        </w:rPr>
      </w:pPr>
      <w:r w:rsidRPr="000D645D">
        <w:rPr>
          <w:b/>
          <w:bCs/>
          <w:lang w:val="nl-NL"/>
        </w:rPr>
        <w:t xml:space="preserve">Rapportage gebruikerswensen </w:t>
      </w:r>
      <w:proofErr w:type="spellStart"/>
      <w:r w:rsidRPr="000D645D">
        <w:rPr>
          <w:b/>
          <w:bCs/>
          <w:lang w:val="nl-NL"/>
        </w:rPr>
        <w:t>werkstationconfiguratie</w:t>
      </w:r>
      <w:proofErr w:type="spellEnd"/>
    </w:p>
    <w:p w14:paraId="1BC7FC0C" w14:textId="287564C5" w:rsidR="00351C3B" w:rsidRPr="00893AA0" w:rsidRDefault="00893AA0">
      <w:pPr>
        <w:rPr>
          <w:lang w:val="nl-NL"/>
        </w:rPr>
      </w:pPr>
      <w:r w:rsidRPr="00893AA0">
        <w:rPr>
          <w:lang w:val="nl-NL"/>
        </w:rPr>
        <w:t xml:space="preserve">Auteur: </w:t>
      </w:r>
      <w:r w:rsidR="005E6651">
        <w:rPr>
          <w:lang w:val="nl-NL"/>
        </w:rPr>
        <w:t xml:space="preserve">Bryan </w:t>
      </w:r>
      <w:proofErr w:type="spellStart"/>
      <w:r w:rsidR="005E6651">
        <w:rPr>
          <w:lang w:val="nl-NL"/>
        </w:rPr>
        <w:t>Ssonko</w:t>
      </w:r>
      <w:proofErr w:type="spellEnd"/>
      <w:r w:rsidR="005E6651">
        <w:rPr>
          <w:lang w:val="nl-NL"/>
        </w:rPr>
        <w:t xml:space="preserve"> Lwanga</w:t>
      </w:r>
    </w:p>
    <w:p w14:paraId="621D1905" w14:textId="5C1089CB" w:rsidR="00351C3B" w:rsidRPr="00893AA0" w:rsidRDefault="00893AA0">
      <w:pPr>
        <w:rPr>
          <w:lang w:val="nl-NL"/>
        </w:rPr>
      </w:pPr>
      <w:r w:rsidRPr="00893AA0">
        <w:rPr>
          <w:lang w:val="nl-NL"/>
        </w:rPr>
        <w:t>Datum: 0</w:t>
      </w:r>
      <w:r w:rsidR="00E04D4E">
        <w:rPr>
          <w:lang w:val="nl-NL"/>
        </w:rPr>
        <w:t>8</w:t>
      </w:r>
      <w:r w:rsidRPr="00893AA0">
        <w:rPr>
          <w:lang w:val="nl-NL"/>
        </w:rPr>
        <w:t>-09-2025</w:t>
      </w:r>
    </w:p>
    <w:p w14:paraId="1155CBA8" w14:textId="77777777" w:rsidR="00351C3B" w:rsidRPr="00893AA0" w:rsidRDefault="00893AA0">
      <w:pPr>
        <w:rPr>
          <w:lang w:val="nl-NL"/>
        </w:rPr>
      </w:pPr>
      <w:r w:rsidRPr="00893AA0">
        <w:rPr>
          <w:lang w:val="nl-NL"/>
        </w:rPr>
        <w:t>Versie: 1.0</w:t>
      </w:r>
    </w:p>
    <w:p w14:paraId="2372A2A8" w14:textId="77777777" w:rsidR="00351C3B" w:rsidRPr="00893AA0" w:rsidRDefault="00893AA0">
      <w:pPr>
        <w:rPr>
          <w:lang w:val="nl-NL"/>
        </w:rPr>
      </w:pPr>
      <w:r w:rsidRPr="00893AA0">
        <w:rPr>
          <w:lang w:val="nl-NL"/>
        </w:rPr>
        <w:br w:type="page"/>
      </w:r>
    </w:p>
    <w:p w14:paraId="7FD6CA77" w14:textId="77777777" w:rsidR="00351C3B" w:rsidRDefault="00893AA0">
      <w:pPr>
        <w:pStyle w:val="Heading1"/>
        <w:rPr>
          <w:lang w:val="nl-NL"/>
        </w:rPr>
      </w:pPr>
      <w:bookmarkStart w:id="0" w:name="_Toc208351753"/>
      <w:r w:rsidRPr="00893AA0">
        <w:rPr>
          <w:lang w:val="nl-NL"/>
        </w:rPr>
        <w:lastRenderedPageBreak/>
        <w:t>Inhoudsopgave</w:t>
      </w:r>
      <w:bookmarkEnd w:id="0"/>
    </w:p>
    <w:p w14:paraId="56DC8E5D" w14:textId="08E02D9E" w:rsidR="00960862" w:rsidRDefault="00960862">
      <w:pPr>
        <w:pStyle w:val="TOC1"/>
        <w:tabs>
          <w:tab w:val="right" w:leader="dot" w:pos="8630"/>
        </w:tabs>
        <w:rPr>
          <w:noProof/>
          <w:kern w:val="2"/>
          <w:sz w:val="24"/>
          <w:szCs w:val="24"/>
          <w:lang w:val="nl-NL" w:eastAsia="nl-NL"/>
          <w14:ligatures w14:val="standardContextual"/>
        </w:rPr>
      </w:pPr>
      <w:r>
        <w:rPr>
          <w:lang w:val="nl-NL"/>
        </w:rPr>
        <w:fldChar w:fldCharType="begin"/>
      </w:r>
      <w:r>
        <w:rPr>
          <w:lang w:val="nl-NL"/>
        </w:rPr>
        <w:instrText xml:space="preserve"> TOC \o "1-3" \h \z \u </w:instrText>
      </w:r>
      <w:r>
        <w:rPr>
          <w:lang w:val="nl-NL"/>
        </w:rPr>
        <w:fldChar w:fldCharType="separate"/>
      </w:r>
      <w:hyperlink w:anchor="_Toc208351753" w:history="1">
        <w:r w:rsidRPr="00911C4C">
          <w:rPr>
            <w:rStyle w:val="Hyperlink"/>
            <w:noProof/>
            <w:lang w:val="nl-NL"/>
          </w:rPr>
          <w:t>Inhoudsopgave</w:t>
        </w:r>
        <w:r>
          <w:rPr>
            <w:noProof/>
            <w:webHidden/>
          </w:rPr>
          <w:tab/>
        </w:r>
        <w:r>
          <w:rPr>
            <w:noProof/>
            <w:webHidden/>
          </w:rPr>
          <w:fldChar w:fldCharType="begin"/>
        </w:r>
        <w:r>
          <w:rPr>
            <w:noProof/>
            <w:webHidden/>
          </w:rPr>
          <w:instrText xml:space="preserve"> PAGEREF _Toc208351753 \h </w:instrText>
        </w:r>
        <w:r>
          <w:rPr>
            <w:noProof/>
            <w:webHidden/>
          </w:rPr>
        </w:r>
        <w:r>
          <w:rPr>
            <w:noProof/>
            <w:webHidden/>
          </w:rPr>
          <w:fldChar w:fldCharType="separate"/>
        </w:r>
        <w:r>
          <w:rPr>
            <w:noProof/>
            <w:webHidden/>
          </w:rPr>
          <w:t>2</w:t>
        </w:r>
        <w:r>
          <w:rPr>
            <w:noProof/>
            <w:webHidden/>
          </w:rPr>
          <w:fldChar w:fldCharType="end"/>
        </w:r>
      </w:hyperlink>
    </w:p>
    <w:p w14:paraId="664E59C7" w14:textId="67CAF019" w:rsidR="00960862" w:rsidRDefault="00960862">
      <w:pPr>
        <w:pStyle w:val="TOC1"/>
        <w:tabs>
          <w:tab w:val="right" w:leader="dot" w:pos="8630"/>
        </w:tabs>
        <w:rPr>
          <w:noProof/>
          <w:kern w:val="2"/>
          <w:sz w:val="24"/>
          <w:szCs w:val="24"/>
          <w:lang w:val="nl-NL" w:eastAsia="nl-NL"/>
          <w14:ligatures w14:val="standardContextual"/>
        </w:rPr>
      </w:pPr>
      <w:hyperlink w:anchor="_Toc208351754" w:history="1">
        <w:r w:rsidRPr="00911C4C">
          <w:rPr>
            <w:rStyle w:val="Hyperlink"/>
            <w:noProof/>
            <w:lang w:val="nl-NL"/>
          </w:rPr>
          <w:t>1. Inleiding</w:t>
        </w:r>
        <w:r>
          <w:rPr>
            <w:noProof/>
            <w:webHidden/>
          </w:rPr>
          <w:tab/>
        </w:r>
        <w:r>
          <w:rPr>
            <w:noProof/>
            <w:webHidden/>
          </w:rPr>
          <w:fldChar w:fldCharType="begin"/>
        </w:r>
        <w:r>
          <w:rPr>
            <w:noProof/>
            <w:webHidden/>
          </w:rPr>
          <w:instrText xml:space="preserve"> PAGEREF _Toc208351754 \h </w:instrText>
        </w:r>
        <w:r>
          <w:rPr>
            <w:noProof/>
            <w:webHidden/>
          </w:rPr>
        </w:r>
        <w:r>
          <w:rPr>
            <w:noProof/>
            <w:webHidden/>
          </w:rPr>
          <w:fldChar w:fldCharType="separate"/>
        </w:r>
        <w:r>
          <w:rPr>
            <w:noProof/>
            <w:webHidden/>
          </w:rPr>
          <w:t>3</w:t>
        </w:r>
        <w:r>
          <w:rPr>
            <w:noProof/>
            <w:webHidden/>
          </w:rPr>
          <w:fldChar w:fldCharType="end"/>
        </w:r>
      </w:hyperlink>
    </w:p>
    <w:p w14:paraId="66D718E2" w14:textId="4DDF9743" w:rsidR="00960862" w:rsidRDefault="00960862">
      <w:pPr>
        <w:pStyle w:val="TOC1"/>
        <w:tabs>
          <w:tab w:val="right" w:leader="dot" w:pos="8630"/>
        </w:tabs>
        <w:rPr>
          <w:noProof/>
          <w:kern w:val="2"/>
          <w:sz w:val="24"/>
          <w:szCs w:val="24"/>
          <w:lang w:val="nl-NL" w:eastAsia="nl-NL"/>
          <w14:ligatures w14:val="standardContextual"/>
        </w:rPr>
      </w:pPr>
      <w:hyperlink w:anchor="_Toc208351755" w:history="1">
        <w:r w:rsidRPr="00911C4C">
          <w:rPr>
            <w:rStyle w:val="Hyperlink"/>
            <w:noProof/>
            <w:lang w:val="nl-NL"/>
          </w:rPr>
          <w:t>2. Onderzoeksresultaten</w:t>
        </w:r>
        <w:r>
          <w:rPr>
            <w:noProof/>
            <w:webHidden/>
          </w:rPr>
          <w:tab/>
        </w:r>
        <w:r>
          <w:rPr>
            <w:noProof/>
            <w:webHidden/>
          </w:rPr>
          <w:fldChar w:fldCharType="begin"/>
        </w:r>
        <w:r>
          <w:rPr>
            <w:noProof/>
            <w:webHidden/>
          </w:rPr>
          <w:instrText xml:space="preserve"> PAGEREF _Toc208351755 \h </w:instrText>
        </w:r>
        <w:r>
          <w:rPr>
            <w:noProof/>
            <w:webHidden/>
          </w:rPr>
        </w:r>
        <w:r>
          <w:rPr>
            <w:noProof/>
            <w:webHidden/>
          </w:rPr>
          <w:fldChar w:fldCharType="separate"/>
        </w:r>
        <w:r>
          <w:rPr>
            <w:noProof/>
            <w:webHidden/>
          </w:rPr>
          <w:t>4</w:t>
        </w:r>
        <w:r>
          <w:rPr>
            <w:noProof/>
            <w:webHidden/>
          </w:rPr>
          <w:fldChar w:fldCharType="end"/>
        </w:r>
      </w:hyperlink>
    </w:p>
    <w:p w14:paraId="64E27E06" w14:textId="369BAC86" w:rsidR="00960862" w:rsidRDefault="00960862">
      <w:pPr>
        <w:pStyle w:val="TOC1"/>
        <w:tabs>
          <w:tab w:val="right" w:leader="dot" w:pos="8630"/>
        </w:tabs>
        <w:rPr>
          <w:noProof/>
          <w:kern w:val="2"/>
          <w:sz w:val="24"/>
          <w:szCs w:val="24"/>
          <w:lang w:val="nl-NL" w:eastAsia="nl-NL"/>
          <w14:ligatures w14:val="standardContextual"/>
        </w:rPr>
      </w:pPr>
      <w:hyperlink w:anchor="_Toc208351756" w:history="1">
        <w:r w:rsidRPr="00911C4C">
          <w:rPr>
            <w:rStyle w:val="Hyperlink"/>
            <w:noProof/>
          </w:rPr>
          <w:t>3. Gekozen configuratie</w:t>
        </w:r>
        <w:r>
          <w:rPr>
            <w:noProof/>
            <w:webHidden/>
          </w:rPr>
          <w:tab/>
        </w:r>
        <w:r>
          <w:rPr>
            <w:noProof/>
            <w:webHidden/>
          </w:rPr>
          <w:fldChar w:fldCharType="begin"/>
        </w:r>
        <w:r>
          <w:rPr>
            <w:noProof/>
            <w:webHidden/>
          </w:rPr>
          <w:instrText xml:space="preserve"> PAGEREF _Toc208351756 \h </w:instrText>
        </w:r>
        <w:r>
          <w:rPr>
            <w:noProof/>
            <w:webHidden/>
          </w:rPr>
        </w:r>
        <w:r>
          <w:rPr>
            <w:noProof/>
            <w:webHidden/>
          </w:rPr>
          <w:fldChar w:fldCharType="separate"/>
        </w:r>
        <w:r>
          <w:rPr>
            <w:noProof/>
            <w:webHidden/>
          </w:rPr>
          <w:t>6</w:t>
        </w:r>
        <w:r>
          <w:rPr>
            <w:noProof/>
            <w:webHidden/>
          </w:rPr>
          <w:fldChar w:fldCharType="end"/>
        </w:r>
      </w:hyperlink>
    </w:p>
    <w:p w14:paraId="6009A9E8" w14:textId="7AFA897C" w:rsidR="00960862" w:rsidRDefault="00960862">
      <w:pPr>
        <w:pStyle w:val="TOC1"/>
        <w:tabs>
          <w:tab w:val="right" w:leader="dot" w:pos="8630"/>
        </w:tabs>
        <w:rPr>
          <w:noProof/>
          <w:kern w:val="2"/>
          <w:sz w:val="24"/>
          <w:szCs w:val="24"/>
          <w:lang w:val="nl-NL" w:eastAsia="nl-NL"/>
          <w14:ligatures w14:val="standardContextual"/>
        </w:rPr>
      </w:pPr>
      <w:hyperlink w:anchor="_Toc208351757" w:history="1">
        <w:r w:rsidRPr="00911C4C">
          <w:rPr>
            <w:rStyle w:val="Hyperlink"/>
            <w:noProof/>
            <w:lang w:val="nl-NL"/>
          </w:rPr>
          <w:t>5. Installatie</w:t>
        </w:r>
        <w:r>
          <w:rPr>
            <w:noProof/>
            <w:webHidden/>
          </w:rPr>
          <w:tab/>
        </w:r>
        <w:r>
          <w:rPr>
            <w:noProof/>
            <w:webHidden/>
          </w:rPr>
          <w:fldChar w:fldCharType="begin"/>
        </w:r>
        <w:r>
          <w:rPr>
            <w:noProof/>
            <w:webHidden/>
          </w:rPr>
          <w:instrText xml:space="preserve"> PAGEREF _Toc208351757 \h </w:instrText>
        </w:r>
        <w:r>
          <w:rPr>
            <w:noProof/>
            <w:webHidden/>
          </w:rPr>
        </w:r>
        <w:r>
          <w:rPr>
            <w:noProof/>
            <w:webHidden/>
          </w:rPr>
          <w:fldChar w:fldCharType="separate"/>
        </w:r>
        <w:r>
          <w:rPr>
            <w:noProof/>
            <w:webHidden/>
          </w:rPr>
          <w:t>6</w:t>
        </w:r>
        <w:r>
          <w:rPr>
            <w:noProof/>
            <w:webHidden/>
          </w:rPr>
          <w:fldChar w:fldCharType="end"/>
        </w:r>
      </w:hyperlink>
    </w:p>
    <w:p w14:paraId="568F0DBE" w14:textId="6DC8218A" w:rsidR="00960862" w:rsidRPr="00960862" w:rsidRDefault="00960862" w:rsidP="00960862">
      <w:pPr>
        <w:rPr>
          <w:lang w:val="nl-NL"/>
        </w:rPr>
      </w:pPr>
      <w:r>
        <w:rPr>
          <w:lang w:val="nl-NL"/>
        </w:rPr>
        <w:fldChar w:fldCharType="end"/>
      </w:r>
    </w:p>
    <w:p w14:paraId="6E222359" w14:textId="3100CDA1" w:rsidR="00351C3B" w:rsidRPr="00893AA0" w:rsidRDefault="00893AA0">
      <w:pPr>
        <w:rPr>
          <w:lang w:val="nl-NL"/>
        </w:rPr>
      </w:pPr>
      <w:r w:rsidRPr="00893AA0">
        <w:rPr>
          <w:lang w:val="nl-NL"/>
        </w:rPr>
        <w:br/>
      </w:r>
    </w:p>
    <w:p w14:paraId="26BC0B47" w14:textId="77777777" w:rsidR="00351C3B" w:rsidRPr="00893AA0" w:rsidRDefault="00893AA0">
      <w:pPr>
        <w:rPr>
          <w:lang w:val="nl-NL"/>
        </w:rPr>
      </w:pPr>
      <w:r w:rsidRPr="00893AA0">
        <w:rPr>
          <w:lang w:val="nl-NL"/>
        </w:rPr>
        <w:br w:type="page"/>
      </w:r>
    </w:p>
    <w:p w14:paraId="17095C31" w14:textId="77777777" w:rsidR="00351C3B" w:rsidRPr="00893AA0" w:rsidRDefault="00893AA0">
      <w:pPr>
        <w:pStyle w:val="Heading1"/>
        <w:rPr>
          <w:lang w:val="nl-NL"/>
        </w:rPr>
      </w:pPr>
      <w:bookmarkStart w:id="1" w:name="_Toc208351754"/>
      <w:r w:rsidRPr="00893AA0">
        <w:rPr>
          <w:lang w:val="nl-NL"/>
        </w:rPr>
        <w:lastRenderedPageBreak/>
        <w:t>1. Inleiding</w:t>
      </w:r>
      <w:bookmarkEnd w:id="1"/>
    </w:p>
    <w:p w14:paraId="5D227C85" w14:textId="77777777" w:rsidR="00351C3B" w:rsidRPr="00374BB3" w:rsidRDefault="00893AA0">
      <w:pPr>
        <w:rPr>
          <w:rFonts w:ascii="Aptos Display" w:hAnsi="Aptos Display"/>
          <w:lang w:val="nl-NL"/>
        </w:rPr>
      </w:pPr>
      <w:r w:rsidRPr="00374BB3">
        <w:rPr>
          <w:rFonts w:ascii="Aptos Display" w:hAnsi="Aptos Display"/>
          <w:lang w:val="nl-NL"/>
        </w:rPr>
        <w:t>In dit document worden de resultaten van de enquête geanalyseerd waarin gebruikers hun voorkeuren voor verschillende applicaties hebben aangegeven. Op basis van deze analyse is een standaardconfiguratie voor werkstations vastgesteld en geïnstalleerd.</w:t>
      </w:r>
    </w:p>
    <w:p w14:paraId="3C488F03" w14:textId="51B6500A" w:rsidR="00893AA0" w:rsidRDefault="00893AA0">
      <w:pPr>
        <w:rPr>
          <w:lang w:val="nl-NL"/>
        </w:rPr>
      </w:pPr>
      <w:r w:rsidRPr="00893AA0">
        <w:rPr>
          <w:noProof/>
          <w:lang w:val="nl-NL"/>
        </w:rPr>
        <w:drawing>
          <wp:inline distT="0" distB="0" distL="0" distR="0" wp14:anchorId="5A2982F2" wp14:editId="056A022E">
            <wp:extent cx="6050280" cy="2872740"/>
            <wp:effectExtent l="0" t="0" r="7620" b="3810"/>
            <wp:docPr id="1141965283" name="Picture 1" descr="A pie chart with different colored s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65283" name="Picture 1" descr="A pie chart with different colored sections&#10;&#10;AI-generated content may be incorrect."/>
                    <pic:cNvPicPr/>
                  </pic:nvPicPr>
                  <pic:blipFill>
                    <a:blip r:embed="rId8"/>
                    <a:stretch>
                      <a:fillRect/>
                    </a:stretch>
                  </pic:blipFill>
                  <pic:spPr>
                    <a:xfrm>
                      <a:off x="0" y="0"/>
                      <a:ext cx="6050280" cy="2872740"/>
                    </a:xfrm>
                    <a:prstGeom prst="rect">
                      <a:avLst/>
                    </a:prstGeom>
                  </pic:spPr>
                </pic:pic>
              </a:graphicData>
            </a:graphic>
          </wp:inline>
        </w:drawing>
      </w:r>
    </w:p>
    <w:p w14:paraId="62E35246" w14:textId="77777777" w:rsidR="00366249" w:rsidRDefault="00366249">
      <w:pPr>
        <w:rPr>
          <w:lang w:val="nl-NL"/>
        </w:rPr>
      </w:pPr>
    </w:p>
    <w:p w14:paraId="11ABECC8" w14:textId="77777777" w:rsidR="00366249" w:rsidRDefault="00366249">
      <w:pPr>
        <w:rPr>
          <w:lang w:val="nl-NL"/>
        </w:rPr>
      </w:pPr>
    </w:p>
    <w:p w14:paraId="31CB4115" w14:textId="77777777" w:rsidR="00366249" w:rsidRDefault="00366249">
      <w:pPr>
        <w:rPr>
          <w:lang w:val="nl-NL"/>
        </w:rPr>
      </w:pPr>
    </w:p>
    <w:p w14:paraId="75DFDED3" w14:textId="77777777" w:rsidR="00366249" w:rsidRDefault="00366249">
      <w:pPr>
        <w:rPr>
          <w:lang w:val="nl-NL"/>
        </w:rPr>
      </w:pPr>
    </w:p>
    <w:p w14:paraId="0D409161" w14:textId="77777777" w:rsidR="00366249" w:rsidRDefault="00366249">
      <w:pPr>
        <w:rPr>
          <w:lang w:val="nl-NL"/>
        </w:rPr>
      </w:pPr>
    </w:p>
    <w:p w14:paraId="406086E7" w14:textId="02409303" w:rsidR="00366249" w:rsidRPr="00893AA0" w:rsidRDefault="00366249">
      <w:pPr>
        <w:rPr>
          <w:lang w:val="nl-NL"/>
        </w:rPr>
      </w:pPr>
    </w:p>
    <w:p w14:paraId="00FD91F2" w14:textId="77777777" w:rsidR="00893AA0" w:rsidRDefault="00893AA0">
      <w:pPr>
        <w:rPr>
          <w:lang w:val="nl-NL"/>
        </w:rPr>
      </w:pPr>
    </w:p>
    <w:p w14:paraId="6AE15FEE" w14:textId="77777777" w:rsidR="00893AA0" w:rsidRDefault="00893AA0">
      <w:pPr>
        <w:rPr>
          <w:lang w:val="nl-NL"/>
        </w:rPr>
      </w:pPr>
    </w:p>
    <w:p w14:paraId="61ACD10F" w14:textId="77777777" w:rsidR="00893AA0" w:rsidRDefault="00893AA0">
      <w:pPr>
        <w:rPr>
          <w:lang w:val="nl-NL"/>
        </w:rPr>
      </w:pPr>
    </w:p>
    <w:p w14:paraId="62F97A0B" w14:textId="77777777" w:rsidR="00893AA0" w:rsidRDefault="00893AA0">
      <w:pPr>
        <w:rPr>
          <w:lang w:val="nl-NL"/>
        </w:rPr>
      </w:pPr>
    </w:p>
    <w:p w14:paraId="0659B593" w14:textId="77777777" w:rsidR="00893AA0" w:rsidRDefault="00893AA0">
      <w:pPr>
        <w:rPr>
          <w:lang w:val="nl-NL"/>
        </w:rPr>
      </w:pPr>
    </w:p>
    <w:p w14:paraId="611C1109" w14:textId="77777777" w:rsidR="00893AA0" w:rsidRDefault="00893AA0">
      <w:pPr>
        <w:rPr>
          <w:lang w:val="nl-NL"/>
        </w:rPr>
      </w:pPr>
    </w:p>
    <w:p w14:paraId="365B4A8E" w14:textId="77777777" w:rsidR="00893AA0" w:rsidRPr="00893AA0" w:rsidRDefault="00893AA0">
      <w:pPr>
        <w:rPr>
          <w:lang w:val="nl-NL"/>
        </w:rPr>
      </w:pPr>
    </w:p>
    <w:p w14:paraId="0F0FE76A" w14:textId="77777777" w:rsidR="00351C3B" w:rsidRPr="00893AA0" w:rsidRDefault="00893AA0">
      <w:pPr>
        <w:pStyle w:val="Heading1"/>
        <w:rPr>
          <w:lang w:val="nl-NL"/>
        </w:rPr>
      </w:pPr>
      <w:bookmarkStart w:id="2" w:name="_Toc208351755"/>
      <w:r w:rsidRPr="00893AA0">
        <w:rPr>
          <w:lang w:val="nl-NL"/>
        </w:rPr>
        <w:lastRenderedPageBreak/>
        <w:t>2. Onderzoeksresultaten</w:t>
      </w:r>
      <w:bookmarkEnd w:id="2"/>
    </w:p>
    <w:p w14:paraId="702D92F7" w14:textId="77777777" w:rsidR="00351C3B" w:rsidRPr="00893AA0" w:rsidRDefault="00893AA0">
      <w:pPr>
        <w:rPr>
          <w:lang w:val="nl-NL"/>
        </w:rPr>
      </w:pPr>
      <w:r w:rsidRPr="00893AA0">
        <w:rPr>
          <w:lang w:val="nl-NL"/>
        </w:rPr>
        <w:t>Onderstaande tabel toont de percentages per applicatie.</w:t>
      </w:r>
    </w:p>
    <w:tbl>
      <w:tblPr>
        <w:tblW w:w="0" w:type="auto"/>
        <w:tblLook w:val="04A0" w:firstRow="1" w:lastRow="0" w:firstColumn="1" w:lastColumn="0" w:noHBand="0" w:noVBand="1"/>
      </w:tblPr>
      <w:tblGrid>
        <w:gridCol w:w="2880"/>
        <w:gridCol w:w="2880"/>
        <w:gridCol w:w="2880"/>
      </w:tblGrid>
      <w:tr w:rsidR="00351C3B" w14:paraId="5536BCC6" w14:textId="77777777" w:rsidTr="003B5F6F">
        <w:trPr>
          <w:trHeight w:val="1942"/>
        </w:trPr>
        <w:tc>
          <w:tcPr>
            <w:tcW w:w="2880" w:type="dxa"/>
          </w:tcPr>
          <w:p w14:paraId="1F6BF62F" w14:textId="77777777" w:rsidR="00351C3B" w:rsidRPr="00132277" w:rsidRDefault="00893AA0">
            <w:pPr>
              <w:rPr>
                <w:b/>
                <w:bCs/>
              </w:rPr>
            </w:pPr>
            <w:proofErr w:type="spellStart"/>
            <w:r w:rsidRPr="00132277">
              <w:rPr>
                <w:b/>
                <w:bCs/>
              </w:rPr>
              <w:t>Categorie</w:t>
            </w:r>
            <w:proofErr w:type="spellEnd"/>
          </w:p>
        </w:tc>
        <w:tc>
          <w:tcPr>
            <w:tcW w:w="2880" w:type="dxa"/>
          </w:tcPr>
          <w:p w14:paraId="0BD024A5" w14:textId="77777777" w:rsidR="00351C3B" w:rsidRPr="00132277" w:rsidRDefault="00893AA0">
            <w:pPr>
              <w:rPr>
                <w:b/>
                <w:bCs/>
              </w:rPr>
            </w:pPr>
            <w:r w:rsidRPr="00132277">
              <w:rPr>
                <w:b/>
                <w:bCs/>
              </w:rPr>
              <w:t>Applicatie</w:t>
            </w:r>
          </w:p>
        </w:tc>
        <w:tc>
          <w:tcPr>
            <w:tcW w:w="2880" w:type="dxa"/>
          </w:tcPr>
          <w:p w14:paraId="1F37DD0D" w14:textId="77777777" w:rsidR="00351C3B" w:rsidRPr="00132277" w:rsidRDefault="00893AA0">
            <w:pPr>
              <w:rPr>
                <w:b/>
                <w:bCs/>
              </w:rPr>
            </w:pPr>
            <w:r w:rsidRPr="00132277">
              <w:rPr>
                <w:b/>
                <w:bCs/>
              </w:rPr>
              <w:t xml:space="preserve">Percentage </w:t>
            </w:r>
            <w:proofErr w:type="spellStart"/>
            <w:r w:rsidRPr="00132277">
              <w:rPr>
                <w:b/>
                <w:bCs/>
              </w:rPr>
              <w:t>gebruikers</w:t>
            </w:r>
            <w:proofErr w:type="spellEnd"/>
          </w:p>
          <w:p w14:paraId="3FD10C0B" w14:textId="77777777" w:rsidR="001E1060" w:rsidRDefault="001E1060"/>
          <w:p w14:paraId="4B1A90ED" w14:textId="77777777" w:rsidR="001E1060" w:rsidRDefault="001E1060"/>
        </w:tc>
      </w:tr>
      <w:tr w:rsidR="00351C3B" w14:paraId="085A72B3" w14:textId="77777777" w:rsidTr="00605AD2">
        <w:trPr>
          <w:trHeight w:val="139"/>
        </w:trPr>
        <w:tc>
          <w:tcPr>
            <w:tcW w:w="2880" w:type="dxa"/>
          </w:tcPr>
          <w:p w14:paraId="2FF4C841" w14:textId="77D34759" w:rsidR="00351C3B" w:rsidRDefault="003A0EDD">
            <w:r>
              <w:t xml:space="preserve">Office packet </w:t>
            </w:r>
          </w:p>
        </w:tc>
        <w:tc>
          <w:tcPr>
            <w:tcW w:w="2880" w:type="dxa"/>
          </w:tcPr>
          <w:p w14:paraId="5CB334A9" w14:textId="0FAFABED" w:rsidR="00351C3B" w:rsidRDefault="003A0EDD">
            <w:r>
              <w:t xml:space="preserve">Microsoft </w:t>
            </w:r>
            <w:r w:rsidR="00FC4E01">
              <w:t>Office</w:t>
            </w:r>
          </w:p>
        </w:tc>
        <w:tc>
          <w:tcPr>
            <w:tcW w:w="2880" w:type="dxa"/>
          </w:tcPr>
          <w:p w14:paraId="61F8296F" w14:textId="1010B441" w:rsidR="00351C3B" w:rsidRDefault="00FC4E01">
            <w:r>
              <w:t>25</w:t>
            </w:r>
            <w:r w:rsidR="00893AA0">
              <w:t>%</w:t>
            </w:r>
          </w:p>
        </w:tc>
      </w:tr>
      <w:tr w:rsidR="00351C3B" w14:paraId="087A6456" w14:textId="77777777">
        <w:tc>
          <w:tcPr>
            <w:tcW w:w="2880" w:type="dxa"/>
          </w:tcPr>
          <w:p w14:paraId="10EEFBAC" w14:textId="630D3460" w:rsidR="00351C3B" w:rsidRDefault="00FC4E01">
            <w:r>
              <w:t>Browser</w:t>
            </w:r>
          </w:p>
        </w:tc>
        <w:tc>
          <w:tcPr>
            <w:tcW w:w="2880" w:type="dxa"/>
          </w:tcPr>
          <w:p w14:paraId="3B39A344" w14:textId="73B3B370" w:rsidR="00351C3B" w:rsidRDefault="00FC4E01">
            <w:r>
              <w:t>Google Chrome</w:t>
            </w:r>
          </w:p>
        </w:tc>
        <w:tc>
          <w:tcPr>
            <w:tcW w:w="2880" w:type="dxa"/>
          </w:tcPr>
          <w:p w14:paraId="2D3940DF" w14:textId="01B603F0" w:rsidR="00351C3B" w:rsidRDefault="00D22B11">
            <w:r>
              <w:t>19</w:t>
            </w:r>
            <w:r w:rsidR="00893AA0">
              <w:t>%</w:t>
            </w:r>
          </w:p>
        </w:tc>
      </w:tr>
      <w:tr w:rsidR="00351C3B" w14:paraId="13615C89" w14:textId="77777777">
        <w:tc>
          <w:tcPr>
            <w:tcW w:w="2880" w:type="dxa"/>
          </w:tcPr>
          <w:p w14:paraId="721C254D" w14:textId="77777777" w:rsidR="00351C3B" w:rsidRDefault="00364A2B">
            <w:r>
              <w:t>Office programs</w:t>
            </w:r>
          </w:p>
          <w:p w14:paraId="20EFB18C" w14:textId="77777777" w:rsidR="00CF1E7D" w:rsidRDefault="00F353E5">
            <w:r>
              <w:t xml:space="preserve">Video Conference app </w:t>
            </w:r>
          </w:p>
          <w:p w14:paraId="36DC80F9" w14:textId="77777777" w:rsidR="003B122A" w:rsidRDefault="00733A11">
            <w:r>
              <w:t xml:space="preserve">Compress </w:t>
            </w:r>
            <w:r w:rsidR="003B122A">
              <w:t>zip file</w:t>
            </w:r>
            <w:r>
              <w:t xml:space="preserve"> </w:t>
            </w:r>
          </w:p>
          <w:p w14:paraId="5A67E8FE" w14:textId="055EB856" w:rsidR="00575AD8" w:rsidRDefault="00933166">
            <w:r>
              <w:t>PDF Reader</w:t>
            </w:r>
            <w:r w:rsidR="00F353E5">
              <w:t xml:space="preserve">     </w:t>
            </w:r>
            <w:r w:rsidR="00EE2DDB">
              <w:t xml:space="preserve">           </w:t>
            </w:r>
            <w:r w:rsidR="00F353E5">
              <w:t xml:space="preserve">           </w:t>
            </w:r>
          </w:p>
        </w:tc>
        <w:tc>
          <w:tcPr>
            <w:tcW w:w="2880" w:type="dxa"/>
          </w:tcPr>
          <w:p w14:paraId="5742ED91" w14:textId="77777777" w:rsidR="00351C3B" w:rsidRDefault="00364A2B">
            <w:r>
              <w:t xml:space="preserve">Excel, </w:t>
            </w:r>
            <w:r w:rsidR="00575AD8">
              <w:t xml:space="preserve">PowerPoint, Word </w:t>
            </w:r>
          </w:p>
          <w:p w14:paraId="22910CCF" w14:textId="77777777" w:rsidR="00EE2DDB" w:rsidRDefault="00EE2DDB">
            <w:r>
              <w:t>MS Teams</w:t>
            </w:r>
          </w:p>
          <w:p w14:paraId="2FBA25D0" w14:textId="77777777" w:rsidR="00733A11" w:rsidRDefault="00733A11">
            <w:proofErr w:type="spellStart"/>
            <w:r>
              <w:t>Wi</w:t>
            </w:r>
            <w:r w:rsidR="003B122A">
              <w:t>nRAH</w:t>
            </w:r>
            <w:proofErr w:type="spellEnd"/>
          </w:p>
          <w:p w14:paraId="5F62497D" w14:textId="16BFDA7C" w:rsidR="00933166" w:rsidRDefault="00933166">
            <w:r>
              <w:t>Adobe Reader</w:t>
            </w:r>
          </w:p>
        </w:tc>
        <w:tc>
          <w:tcPr>
            <w:tcW w:w="2880" w:type="dxa"/>
          </w:tcPr>
          <w:p w14:paraId="48338307" w14:textId="294F3285" w:rsidR="00351C3B" w:rsidRDefault="00893AA0">
            <w:r>
              <w:t>1</w:t>
            </w:r>
            <w:r w:rsidR="00D22B11">
              <w:t>9</w:t>
            </w:r>
            <w:r>
              <w:t>%</w:t>
            </w:r>
          </w:p>
          <w:p w14:paraId="0892DC68" w14:textId="411A85C4" w:rsidR="00D22B11" w:rsidRDefault="006A6737">
            <w:r>
              <w:t>15%</w:t>
            </w:r>
          </w:p>
          <w:p w14:paraId="2D3D1E62" w14:textId="156AF18A" w:rsidR="006A6737" w:rsidRDefault="006A6737">
            <w:r>
              <w:t>12%</w:t>
            </w:r>
          </w:p>
          <w:p w14:paraId="0054D3EA" w14:textId="189CDABF" w:rsidR="006A6737" w:rsidRDefault="006A6737">
            <w:r>
              <w:t>10%</w:t>
            </w:r>
          </w:p>
          <w:p w14:paraId="58AA2BDB" w14:textId="77777777" w:rsidR="00575AD8" w:rsidRDefault="00575AD8"/>
        </w:tc>
      </w:tr>
    </w:tbl>
    <w:p w14:paraId="19279D6F" w14:textId="77777777" w:rsidR="00351C3B" w:rsidRDefault="00893AA0">
      <w:r>
        <w:br w:type="page"/>
      </w:r>
    </w:p>
    <w:p w14:paraId="1FCF5E81" w14:textId="77777777" w:rsidR="00351C3B" w:rsidRDefault="00893AA0">
      <w:pPr>
        <w:pStyle w:val="Heading1"/>
      </w:pPr>
      <w:bookmarkStart w:id="3" w:name="_Toc208351756"/>
      <w:r>
        <w:lastRenderedPageBreak/>
        <w:t>3. Gekozen configuratie</w:t>
      </w:r>
      <w:bookmarkEnd w:id="3"/>
    </w:p>
    <w:p w14:paraId="54448480" w14:textId="5DA133EE" w:rsidR="002347B8" w:rsidRDefault="00893AA0">
      <w:pPr>
        <w:rPr>
          <w:lang w:val="nl-NL"/>
        </w:rPr>
      </w:pPr>
      <w:r w:rsidRPr="00893AA0">
        <w:rPr>
          <w:lang w:val="nl-NL"/>
        </w:rPr>
        <w:t>Per categorie is de applicatie gekozen die het meest door gebruikers is aangewezen.</w:t>
      </w:r>
    </w:p>
    <w:p w14:paraId="4F258612" w14:textId="3BA01A5F" w:rsidR="006C27AE" w:rsidRDefault="00076026" w:rsidP="00FD783C">
      <w:pPr>
        <w:pStyle w:val="ListParagraph"/>
        <w:numPr>
          <w:ilvl w:val="0"/>
          <w:numId w:val="13"/>
        </w:numPr>
        <w:rPr>
          <w:lang w:val="nl-NL"/>
        </w:rPr>
      </w:pPr>
      <w:r w:rsidRPr="00FD783C">
        <w:rPr>
          <w:lang w:val="nl-NL"/>
        </w:rPr>
        <w:t>Office pakket: Is Microsoft office ge</w:t>
      </w:r>
      <w:r w:rsidR="00E8434D" w:rsidRPr="00FD783C">
        <w:rPr>
          <w:lang w:val="nl-NL"/>
        </w:rPr>
        <w:t>kozen op 25%</w:t>
      </w:r>
      <w:r w:rsidR="00081AA6">
        <w:rPr>
          <w:lang w:val="nl-NL"/>
        </w:rPr>
        <w:t xml:space="preserve"> gekozen voor</w:t>
      </w:r>
      <w:r w:rsidR="00B4637B">
        <w:rPr>
          <w:lang w:val="nl-NL"/>
        </w:rPr>
        <w:t xml:space="preserve"> office en consumenten ge</w:t>
      </w:r>
      <w:r w:rsidR="00A25610">
        <w:rPr>
          <w:lang w:val="nl-NL"/>
        </w:rPr>
        <w:t>relateerd werk.</w:t>
      </w:r>
    </w:p>
    <w:p w14:paraId="798A6804" w14:textId="77777777" w:rsidR="006C27AE" w:rsidRDefault="006C27AE" w:rsidP="00FD783C">
      <w:pPr>
        <w:pStyle w:val="ListParagraph"/>
        <w:numPr>
          <w:ilvl w:val="0"/>
          <w:numId w:val="13"/>
        </w:numPr>
        <w:rPr>
          <w:lang w:val="nl-NL"/>
        </w:rPr>
      </w:pPr>
      <w:r w:rsidRPr="00FD783C">
        <w:rPr>
          <w:lang w:val="nl-NL"/>
        </w:rPr>
        <w:t>Browser: Google Chrome op 19%– gebruikt voor internettoegang en webapplicaties</w:t>
      </w:r>
      <w:r>
        <w:rPr>
          <w:lang w:val="nl-NL"/>
        </w:rPr>
        <w:t>.</w:t>
      </w:r>
    </w:p>
    <w:p w14:paraId="209543DA" w14:textId="5F46884A" w:rsidR="007F11F3" w:rsidRDefault="007F11F3" w:rsidP="007F11F3">
      <w:pPr>
        <w:pStyle w:val="ListParagraph"/>
        <w:numPr>
          <w:ilvl w:val="0"/>
          <w:numId w:val="13"/>
        </w:numPr>
        <w:rPr>
          <w:lang w:val="nl-NL"/>
        </w:rPr>
      </w:pPr>
      <w:r w:rsidRPr="007F11F3">
        <w:rPr>
          <w:lang w:val="nl-NL"/>
        </w:rPr>
        <w:t xml:space="preserve">Tekstverwerker: Microsoft Word </w:t>
      </w:r>
      <w:r w:rsidR="00F8197A">
        <w:rPr>
          <w:lang w:val="nl-NL"/>
        </w:rPr>
        <w:t>19%</w:t>
      </w:r>
      <w:r w:rsidRPr="007F11F3">
        <w:rPr>
          <w:lang w:val="nl-NL"/>
        </w:rPr>
        <w:t xml:space="preserve"> – gebruikt voor documentverwerking</w:t>
      </w:r>
    </w:p>
    <w:p w14:paraId="19A2D8E2" w14:textId="39A375D7" w:rsidR="0077486F" w:rsidRDefault="007F11F3" w:rsidP="007F11F3">
      <w:pPr>
        <w:pStyle w:val="ListParagraph"/>
        <w:numPr>
          <w:ilvl w:val="0"/>
          <w:numId w:val="13"/>
        </w:numPr>
        <w:rPr>
          <w:lang w:val="nl-NL"/>
        </w:rPr>
      </w:pPr>
      <w:r w:rsidRPr="007F11F3">
        <w:rPr>
          <w:lang w:val="nl-NL"/>
        </w:rPr>
        <w:t>Video Conference app</w:t>
      </w:r>
      <w:r w:rsidR="009568CD">
        <w:rPr>
          <w:lang w:val="nl-NL"/>
        </w:rPr>
        <w:t>:</w:t>
      </w:r>
      <w:r w:rsidRPr="007F11F3">
        <w:rPr>
          <w:lang w:val="nl-NL"/>
        </w:rPr>
        <w:t xml:space="preserve"> is MS Teams</w:t>
      </w:r>
      <w:r w:rsidR="00884A73">
        <w:rPr>
          <w:lang w:val="nl-NL"/>
        </w:rPr>
        <w:t xml:space="preserve"> op 15% is </w:t>
      </w:r>
      <w:r w:rsidRPr="007F11F3">
        <w:rPr>
          <w:lang w:val="nl-NL"/>
        </w:rPr>
        <w:t xml:space="preserve"> gekozen vo</w:t>
      </w:r>
      <w:r>
        <w:rPr>
          <w:lang w:val="nl-NL"/>
        </w:rPr>
        <w:t xml:space="preserve">or </w:t>
      </w:r>
      <w:r w:rsidR="0077486F">
        <w:rPr>
          <w:lang w:val="nl-NL"/>
        </w:rPr>
        <w:t xml:space="preserve">video </w:t>
      </w:r>
      <w:r>
        <w:rPr>
          <w:lang w:val="nl-NL"/>
        </w:rPr>
        <w:t>bellen</w:t>
      </w:r>
      <w:r w:rsidR="0077486F">
        <w:rPr>
          <w:lang w:val="nl-NL"/>
        </w:rPr>
        <w:t>.</w:t>
      </w:r>
    </w:p>
    <w:p w14:paraId="6B6FA3DF" w14:textId="77CBEB73" w:rsidR="002F1B57" w:rsidRDefault="0077486F" w:rsidP="007F11F3">
      <w:pPr>
        <w:pStyle w:val="ListParagraph"/>
        <w:numPr>
          <w:ilvl w:val="0"/>
          <w:numId w:val="13"/>
        </w:numPr>
        <w:rPr>
          <w:lang w:val="nl-NL"/>
        </w:rPr>
      </w:pPr>
      <w:proofErr w:type="spellStart"/>
      <w:r>
        <w:rPr>
          <w:lang w:val="nl-NL"/>
        </w:rPr>
        <w:t>Compress</w:t>
      </w:r>
      <w:proofErr w:type="spellEnd"/>
      <w:r>
        <w:rPr>
          <w:lang w:val="nl-NL"/>
        </w:rPr>
        <w:t xml:space="preserve"> </w:t>
      </w:r>
      <w:proofErr w:type="spellStart"/>
      <w:r>
        <w:rPr>
          <w:lang w:val="nl-NL"/>
        </w:rPr>
        <w:t>Zipfle</w:t>
      </w:r>
      <w:proofErr w:type="spellEnd"/>
      <w:r w:rsidR="009568CD">
        <w:rPr>
          <w:lang w:val="nl-NL"/>
        </w:rPr>
        <w:t>:</w:t>
      </w:r>
      <w:r>
        <w:rPr>
          <w:lang w:val="nl-NL"/>
        </w:rPr>
        <w:t xml:space="preserve"> is </w:t>
      </w:r>
      <w:proofErr w:type="spellStart"/>
      <w:r>
        <w:rPr>
          <w:lang w:val="nl-NL"/>
        </w:rPr>
        <w:t>WInRah</w:t>
      </w:r>
      <w:proofErr w:type="spellEnd"/>
      <w:r>
        <w:rPr>
          <w:lang w:val="nl-NL"/>
        </w:rPr>
        <w:t xml:space="preserve"> </w:t>
      </w:r>
      <w:r w:rsidR="00884A73">
        <w:rPr>
          <w:lang w:val="nl-NL"/>
        </w:rPr>
        <w:t>is op 12</w:t>
      </w:r>
      <w:r w:rsidR="00081AA6">
        <w:rPr>
          <w:lang w:val="nl-NL"/>
        </w:rPr>
        <w:t xml:space="preserve">% is </w:t>
      </w:r>
      <w:r>
        <w:rPr>
          <w:lang w:val="nl-NL"/>
        </w:rPr>
        <w:t xml:space="preserve">gekozen voor </w:t>
      </w:r>
      <w:r w:rsidR="002F1B57">
        <w:rPr>
          <w:lang w:val="nl-NL"/>
        </w:rPr>
        <w:t xml:space="preserve">het </w:t>
      </w:r>
      <w:proofErr w:type="spellStart"/>
      <w:r w:rsidR="002F1B57">
        <w:rPr>
          <w:lang w:val="nl-NL"/>
        </w:rPr>
        <w:t>compress</w:t>
      </w:r>
      <w:proofErr w:type="spellEnd"/>
      <w:r w:rsidR="002F1B57">
        <w:rPr>
          <w:lang w:val="nl-NL"/>
        </w:rPr>
        <w:t xml:space="preserve"> van bestanden.</w:t>
      </w:r>
    </w:p>
    <w:p w14:paraId="6B7CAD44" w14:textId="749C3E70" w:rsidR="00351C3B" w:rsidRPr="00F747C5" w:rsidRDefault="00E302C5" w:rsidP="007F11F3">
      <w:pPr>
        <w:pStyle w:val="ListParagraph"/>
        <w:numPr>
          <w:ilvl w:val="0"/>
          <w:numId w:val="13"/>
        </w:numPr>
        <w:rPr>
          <w:b/>
          <w:bCs/>
          <w:lang w:val="nl-NL"/>
        </w:rPr>
      </w:pPr>
      <w:r w:rsidRPr="009C6870">
        <w:rPr>
          <w:lang w:val="nl-NL"/>
        </w:rPr>
        <w:t>Adobe Acrobat reader</w:t>
      </w:r>
      <w:r w:rsidR="009568CD">
        <w:rPr>
          <w:lang w:val="nl-NL"/>
        </w:rPr>
        <w:t>:</w:t>
      </w:r>
      <w:r w:rsidRPr="009C6870">
        <w:rPr>
          <w:lang w:val="nl-NL"/>
        </w:rPr>
        <w:t xml:space="preserve"> is geko</w:t>
      </w:r>
      <w:r w:rsidR="009C6870" w:rsidRPr="009C6870">
        <w:rPr>
          <w:lang w:val="nl-NL"/>
        </w:rPr>
        <w:t>ze</w:t>
      </w:r>
      <w:r w:rsidR="009C6870">
        <w:rPr>
          <w:lang w:val="nl-NL"/>
        </w:rPr>
        <w:t xml:space="preserve">n  voor bijwerken van </w:t>
      </w:r>
      <w:proofErr w:type="spellStart"/>
      <w:r w:rsidR="009C6870">
        <w:rPr>
          <w:lang w:val="nl-NL"/>
        </w:rPr>
        <w:t>texts</w:t>
      </w:r>
      <w:proofErr w:type="spellEnd"/>
      <w:r w:rsidR="009C6870">
        <w:rPr>
          <w:lang w:val="nl-NL"/>
        </w:rPr>
        <w:t xml:space="preserve">, PDF en </w:t>
      </w:r>
      <w:proofErr w:type="spellStart"/>
      <w:r w:rsidR="009C6870">
        <w:rPr>
          <w:lang w:val="nl-NL"/>
        </w:rPr>
        <w:t>videos</w:t>
      </w:r>
      <w:proofErr w:type="spellEnd"/>
      <w:r w:rsidR="00893AA0" w:rsidRPr="009C6870">
        <w:rPr>
          <w:lang w:val="nl-NL"/>
        </w:rPr>
        <w:br/>
        <w:t xml:space="preserve">4. </w:t>
      </w:r>
      <w:r w:rsidR="00893AA0" w:rsidRPr="00F747C5">
        <w:rPr>
          <w:b/>
          <w:bCs/>
          <w:lang w:val="nl-NL"/>
        </w:rPr>
        <w:t>Virusscanner</w:t>
      </w:r>
    </w:p>
    <w:p w14:paraId="290FFCDF" w14:textId="77777777" w:rsidR="00351C3B" w:rsidRPr="00893AA0" w:rsidRDefault="00893AA0">
      <w:pPr>
        <w:rPr>
          <w:lang w:val="nl-NL"/>
        </w:rPr>
      </w:pPr>
      <w:r w:rsidRPr="00893AA0">
        <w:rPr>
          <w:lang w:val="nl-NL"/>
        </w:rPr>
        <w:t xml:space="preserve">Voor de virusscanner is gekozen voor Microsoft </w:t>
      </w:r>
      <w:proofErr w:type="spellStart"/>
      <w:r w:rsidRPr="00893AA0">
        <w:rPr>
          <w:lang w:val="nl-NL"/>
        </w:rPr>
        <w:t>Defender</w:t>
      </w:r>
      <w:proofErr w:type="spellEnd"/>
      <w:r w:rsidRPr="00893AA0">
        <w:rPr>
          <w:lang w:val="nl-NL"/>
        </w:rPr>
        <w:t>. Deze keuze is gemaakt omdat deze standaard in Windows geïntegreerd is, geen extra kosten met zich meebrengt en automatisch wordt bijgewerkt met de laatste beveiligingsupdates.</w:t>
      </w:r>
    </w:p>
    <w:p w14:paraId="6564B187" w14:textId="77777777" w:rsidR="00351C3B" w:rsidRPr="00893AA0" w:rsidRDefault="00893AA0">
      <w:pPr>
        <w:pStyle w:val="Heading1"/>
        <w:rPr>
          <w:lang w:val="nl-NL"/>
        </w:rPr>
      </w:pPr>
      <w:bookmarkStart w:id="4" w:name="_Toc208351757"/>
      <w:r w:rsidRPr="00893AA0">
        <w:rPr>
          <w:lang w:val="nl-NL"/>
        </w:rPr>
        <w:t>5. Installatie</w:t>
      </w:r>
      <w:bookmarkEnd w:id="4"/>
    </w:p>
    <w:p w14:paraId="62FB82EC" w14:textId="77777777" w:rsidR="00351C3B" w:rsidRDefault="00893AA0">
      <w:r w:rsidRPr="00893AA0">
        <w:rPr>
          <w:lang w:val="nl-NL"/>
        </w:rPr>
        <w:t xml:space="preserve">De geselecteerde applicaties zijn succesvol geïnstalleerd op de Windows VM. </w:t>
      </w:r>
      <w:r>
        <w:t xml:space="preserve">Hiermee is de </w:t>
      </w:r>
      <w:proofErr w:type="spellStart"/>
      <w:r>
        <w:t>standaardconfiguratie</w:t>
      </w:r>
      <w:proofErr w:type="spellEnd"/>
      <w:r>
        <w:t xml:space="preserve"> van het </w:t>
      </w:r>
      <w:proofErr w:type="spellStart"/>
      <w:r>
        <w:t>werkstation</w:t>
      </w:r>
      <w:proofErr w:type="spellEnd"/>
      <w:r>
        <w:t xml:space="preserve"> </w:t>
      </w:r>
      <w:proofErr w:type="spellStart"/>
      <w:r>
        <w:t>gerealiseerd</w:t>
      </w:r>
      <w:proofErr w:type="spellEnd"/>
      <w:r>
        <w:t>.</w:t>
      </w:r>
    </w:p>
    <w:p w14:paraId="12F9D0A1" w14:textId="77777777" w:rsidR="002E3828" w:rsidRDefault="002E3828"/>
    <w:p w14:paraId="74FA5C7E" w14:textId="7D848716" w:rsidR="002E3828" w:rsidRDefault="00096C7A">
      <w:r w:rsidRPr="00096C7A">
        <w:rPr>
          <w:noProof/>
        </w:rPr>
        <w:drawing>
          <wp:inline distT="0" distB="0" distL="0" distR="0" wp14:anchorId="603F45BC" wp14:editId="76C0039C">
            <wp:extent cx="5486400" cy="2505075"/>
            <wp:effectExtent l="0" t="0" r="0" b="9525"/>
            <wp:docPr id="1533839264" name="Picture 1" descr="A blue backgrou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39264" name="Picture 1" descr="A blue background with white lines&#10;&#10;AI-generated content may be incorrect."/>
                    <pic:cNvPicPr/>
                  </pic:nvPicPr>
                  <pic:blipFill>
                    <a:blip r:embed="rId9"/>
                    <a:stretch>
                      <a:fillRect/>
                    </a:stretch>
                  </pic:blipFill>
                  <pic:spPr>
                    <a:xfrm>
                      <a:off x="0" y="0"/>
                      <a:ext cx="5486400" cy="2505075"/>
                    </a:xfrm>
                    <a:prstGeom prst="rect">
                      <a:avLst/>
                    </a:prstGeom>
                  </pic:spPr>
                </pic:pic>
              </a:graphicData>
            </a:graphic>
          </wp:inline>
        </w:drawing>
      </w:r>
    </w:p>
    <w:p w14:paraId="682C6EB5" w14:textId="77777777" w:rsidR="00363E44" w:rsidRDefault="00363E44"/>
    <w:p w14:paraId="1335BAB1" w14:textId="77777777" w:rsidR="00363E44" w:rsidRDefault="00363E44"/>
    <w:p w14:paraId="54695489" w14:textId="77777777" w:rsidR="00363E44" w:rsidRDefault="00363E44"/>
    <w:p w14:paraId="22D12748" w14:textId="77777777" w:rsidR="00363E44" w:rsidRDefault="00363E44"/>
    <w:p w14:paraId="4C2393A6" w14:textId="77777777" w:rsidR="00363E44" w:rsidRDefault="00363E44"/>
    <w:p w14:paraId="28124417" w14:textId="77777777" w:rsidR="004F1A0E" w:rsidRDefault="004F1A0E" w:rsidP="004F1A0E">
      <w:pPr>
        <w:pStyle w:val="Heading1"/>
        <w:rPr>
          <w:lang w:val="nl-NL"/>
        </w:rPr>
      </w:pPr>
      <w:bookmarkStart w:id="5" w:name="_Toc208433180"/>
      <w:r w:rsidRPr="005551C3">
        <w:rPr>
          <w:lang w:val="nl-NL"/>
        </w:rPr>
        <w:t>Inhoudsopgave</w:t>
      </w:r>
      <w:bookmarkEnd w:id="5"/>
    </w:p>
    <w:p w14:paraId="5FCADEED" w14:textId="77777777" w:rsidR="004F1A0E" w:rsidRDefault="004F1A0E" w:rsidP="004F1A0E">
      <w:pPr>
        <w:pStyle w:val="TOC1"/>
        <w:tabs>
          <w:tab w:val="right" w:leader="dot" w:pos="8630"/>
        </w:tabs>
        <w:rPr>
          <w:b/>
          <w:bCs/>
          <w:caps/>
          <w:noProof/>
          <w:kern w:val="2"/>
          <w:sz w:val="24"/>
          <w:szCs w:val="24"/>
          <w:lang w:val="nl-NL" w:eastAsia="nl-NL"/>
          <w14:ligatures w14:val="standardContextual"/>
        </w:rPr>
      </w:pPr>
      <w:r>
        <w:rPr>
          <w:caps/>
          <w:sz w:val="20"/>
          <w:szCs w:val="20"/>
          <w:lang w:val="nl-NL"/>
        </w:rPr>
        <w:fldChar w:fldCharType="begin"/>
      </w:r>
      <w:r>
        <w:rPr>
          <w:lang w:val="nl-NL"/>
        </w:rPr>
        <w:instrText xml:space="preserve"> TOC \o "1-3" \h \z \u </w:instrText>
      </w:r>
      <w:r>
        <w:rPr>
          <w:caps/>
          <w:sz w:val="20"/>
          <w:szCs w:val="20"/>
          <w:lang w:val="nl-NL"/>
        </w:rPr>
        <w:fldChar w:fldCharType="separate"/>
      </w:r>
      <w:hyperlink w:anchor="_Toc208433180" w:history="1">
        <w:r w:rsidRPr="00570B12">
          <w:rPr>
            <w:rStyle w:val="Hyperlink"/>
            <w:noProof/>
            <w:lang w:val="nl-NL"/>
          </w:rPr>
          <w:t>Inhoudsopgave</w:t>
        </w:r>
        <w:r>
          <w:rPr>
            <w:noProof/>
            <w:webHidden/>
          </w:rPr>
          <w:tab/>
        </w:r>
        <w:r>
          <w:rPr>
            <w:noProof/>
            <w:webHidden/>
          </w:rPr>
          <w:fldChar w:fldCharType="begin"/>
        </w:r>
        <w:r>
          <w:rPr>
            <w:noProof/>
            <w:webHidden/>
          </w:rPr>
          <w:instrText xml:space="preserve"> PAGEREF _Toc208433180 \h </w:instrText>
        </w:r>
        <w:r>
          <w:rPr>
            <w:noProof/>
            <w:webHidden/>
          </w:rPr>
        </w:r>
        <w:r>
          <w:rPr>
            <w:noProof/>
            <w:webHidden/>
          </w:rPr>
          <w:fldChar w:fldCharType="separate"/>
        </w:r>
        <w:r>
          <w:rPr>
            <w:noProof/>
            <w:webHidden/>
          </w:rPr>
          <w:t>1</w:t>
        </w:r>
        <w:r>
          <w:rPr>
            <w:noProof/>
            <w:webHidden/>
          </w:rPr>
          <w:fldChar w:fldCharType="end"/>
        </w:r>
      </w:hyperlink>
    </w:p>
    <w:p w14:paraId="04D70943" w14:textId="77777777" w:rsidR="004F1A0E" w:rsidRDefault="004F1A0E" w:rsidP="004F1A0E">
      <w:pPr>
        <w:pStyle w:val="TOC1"/>
        <w:tabs>
          <w:tab w:val="right" w:leader="dot" w:pos="8630"/>
        </w:tabs>
        <w:rPr>
          <w:b/>
          <w:bCs/>
          <w:caps/>
          <w:noProof/>
          <w:kern w:val="2"/>
          <w:sz w:val="24"/>
          <w:szCs w:val="24"/>
          <w:lang w:val="nl-NL" w:eastAsia="nl-NL"/>
          <w14:ligatures w14:val="standardContextual"/>
        </w:rPr>
      </w:pPr>
      <w:hyperlink w:anchor="_Toc208433181" w:history="1">
        <w:r w:rsidRPr="00570B12">
          <w:rPr>
            <w:rStyle w:val="Hyperlink"/>
            <w:noProof/>
            <w:lang w:val="nl-NL"/>
          </w:rPr>
          <w:t>1. Uitschakelen automatische updates</w:t>
        </w:r>
        <w:r>
          <w:rPr>
            <w:noProof/>
            <w:webHidden/>
          </w:rPr>
          <w:tab/>
        </w:r>
        <w:r>
          <w:rPr>
            <w:noProof/>
            <w:webHidden/>
          </w:rPr>
          <w:fldChar w:fldCharType="begin"/>
        </w:r>
        <w:r>
          <w:rPr>
            <w:noProof/>
            <w:webHidden/>
          </w:rPr>
          <w:instrText xml:space="preserve"> PAGEREF _Toc208433181 \h </w:instrText>
        </w:r>
        <w:r>
          <w:rPr>
            <w:noProof/>
            <w:webHidden/>
          </w:rPr>
        </w:r>
        <w:r>
          <w:rPr>
            <w:noProof/>
            <w:webHidden/>
          </w:rPr>
          <w:fldChar w:fldCharType="separate"/>
        </w:r>
        <w:r>
          <w:rPr>
            <w:noProof/>
            <w:webHidden/>
          </w:rPr>
          <w:t>1</w:t>
        </w:r>
        <w:r>
          <w:rPr>
            <w:noProof/>
            <w:webHidden/>
          </w:rPr>
          <w:fldChar w:fldCharType="end"/>
        </w:r>
      </w:hyperlink>
    </w:p>
    <w:p w14:paraId="488AF6AD" w14:textId="77777777" w:rsidR="004F1A0E" w:rsidRDefault="004F1A0E" w:rsidP="004F1A0E">
      <w:pPr>
        <w:pStyle w:val="TOC1"/>
        <w:tabs>
          <w:tab w:val="right" w:leader="dot" w:pos="8630"/>
        </w:tabs>
        <w:rPr>
          <w:b/>
          <w:bCs/>
          <w:caps/>
          <w:noProof/>
          <w:kern w:val="2"/>
          <w:sz w:val="24"/>
          <w:szCs w:val="24"/>
          <w:lang w:val="nl-NL" w:eastAsia="nl-NL"/>
          <w14:ligatures w14:val="standardContextual"/>
        </w:rPr>
      </w:pPr>
      <w:hyperlink w:anchor="_Toc208433182" w:history="1">
        <w:r w:rsidRPr="00570B12">
          <w:rPr>
            <w:rStyle w:val="Hyperlink"/>
            <w:noProof/>
            <w:lang w:val="nl-NL"/>
          </w:rPr>
          <w:t>2. Online spraakherkenning uitschakelen</w:t>
        </w:r>
        <w:r>
          <w:rPr>
            <w:noProof/>
            <w:webHidden/>
          </w:rPr>
          <w:tab/>
        </w:r>
        <w:r>
          <w:rPr>
            <w:noProof/>
            <w:webHidden/>
          </w:rPr>
          <w:fldChar w:fldCharType="begin"/>
        </w:r>
        <w:r>
          <w:rPr>
            <w:noProof/>
            <w:webHidden/>
          </w:rPr>
          <w:instrText xml:space="preserve"> PAGEREF _Toc208433182 \h </w:instrText>
        </w:r>
        <w:r>
          <w:rPr>
            <w:noProof/>
            <w:webHidden/>
          </w:rPr>
        </w:r>
        <w:r>
          <w:rPr>
            <w:noProof/>
            <w:webHidden/>
          </w:rPr>
          <w:fldChar w:fldCharType="separate"/>
        </w:r>
        <w:r>
          <w:rPr>
            <w:noProof/>
            <w:webHidden/>
          </w:rPr>
          <w:t>3</w:t>
        </w:r>
        <w:r>
          <w:rPr>
            <w:noProof/>
            <w:webHidden/>
          </w:rPr>
          <w:fldChar w:fldCharType="end"/>
        </w:r>
      </w:hyperlink>
    </w:p>
    <w:p w14:paraId="1626328D" w14:textId="77777777" w:rsidR="004F1A0E" w:rsidRDefault="004F1A0E" w:rsidP="004F1A0E">
      <w:pPr>
        <w:pStyle w:val="TOC1"/>
        <w:tabs>
          <w:tab w:val="right" w:leader="dot" w:pos="8630"/>
        </w:tabs>
        <w:rPr>
          <w:b/>
          <w:bCs/>
          <w:caps/>
          <w:noProof/>
          <w:kern w:val="2"/>
          <w:sz w:val="24"/>
          <w:szCs w:val="24"/>
          <w:lang w:val="nl-NL" w:eastAsia="nl-NL"/>
          <w14:ligatures w14:val="standardContextual"/>
        </w:rPr>
      </w:pPr>
      <w:hyperlink w:anchor="_Toc208433183" w:history="1">
        <w:r w:rsidRPr="00570B12">
          <w:rPr>
            <w:rStyle w:val="Hyperlink"/>
            <w:noProof/>
            <w:lang w:val="nl-NL"/>
          </w:rPr>
          <w:t>3. Microfoon automatisch inschakelen voor Cortana</w:t>
        </w:r>
        <w:r>
          <w:rPr>
            <w:noProof/>
            <w:webHidden/>
          </w:rPr>
          <w:tab/>
        </w:r>
        <w:r>
          <w:rPr>
            <w:noProof/>
            <w:webHidden/>
          </w:rPr>
          <w:fldChar w:fldCharType="begin"/>
        </w:r>
        <w:r>
          <w:rPr>
            <w:noProof/>
            <w:webHidden/>
          </w:rPr>
          <w:instrText xml:space="preserve"> PAGEREF _Toc208433183 \h </w:instrText>
        </w:r>
        <w:r>
          <w:rPr>
            <w:noProof/>
            <w:webHidden/>
          </w:rPr>
        </w:r>
        <w:r>
          <w:rPr>
            <w:noProof/>
            <w:webHidden/>
          </w:rPr>
          <w:fldChar w:fldCharType="separate"/>
        </w:r>
        <w:r>
          <w:rPr>
            <w:noProof/>
            <w:webHidden/>
          </w:rPr>
          <w:t>4</w:t>
        </w:r>
        <w:r>
          <w:rPr>
            <w:noProof/>
            <w:webHidden/>
          </w:rPr>
          <w:fldChar w:fldCharType="end"/>
        </w:r>
      </w:hyperlink>
    </w:p>
    <w:p w14:paraId="526E0DAF" w14:textId="77777777" w:rsidR="004F1A0E" w:rsidRDefault="004F1A0E" w:rsidP="004F1A0E">
      <w:pPr>
        <w:pStyle w:val="TOC1"/>
        <w:tabs>
          <w:tab w:val="right" w:leader="dot" w:pos="8630"/>
        </w:tabs>
        <w:rPr>
          <w:b/>
          <w:bCs/>
          <w:caps/>
          <w:noProof/>
          <w:kern w:val="2"/>
          <w:sz w:val="24"/>
          <w:szCs w:val="24"/>
          <w:lang w:val="nl-NL" w:eastAsia="nl-NL"/>
          <w14:ligatures w14:val="standardContextual"/>
        </w:rPr>
      </w:pPr>
      <w:hyperlink w:anchor="_Toc208433184" w:history="1">
        <w:r w:rsidRPr="00570B12">
          <w:rPr>
            <w:rStyle w:val="Hyperlink"/>
            <w:noProof/>
            <w:lang w:val="nl-NL"/>
          </w:rPr>
          <w:t>4. Plaktoetsen inschakelen</w:t>
        </w:r>
        <w:r>
          <w:rPr>
            <w:noProof/>
            <w:webHidden/>
          </w:rPr>
          <w:tab/>
        </w:r>
        <w:r>
          <w:rPr>
            <w:noProof/>
            <w:webHidden/>
          </w:rPr>
          <w:fldChar w:fldCharType="begin"/>
        </w:r>
        <w:r>
          <w:rPr>
            <w:noProof/>
            <w:webHidden/>
          </w:rPr>
          <w:instrText xml:space="preserve"> PAGEREF _Toc208433184 \h </w:instrText>
        </w:r>
        <w:r>
          <w:rPr>
            <w:noProof/>
            <w:webHidden/>
          </w:rPr>
        </w:r>
        <w:r>
          <w:rPr>
            <w:noProof/>
            <w:webHidden/>
          </w:rPr>
          <w:fldChar w:fldCharType="separate"/>
        </w:r>
        <w:r>
          <w:rPr>
            <w:noProof/>
            <w:webHidden/>
          </w:rPr>
          <w:t>5</w:t>
        </w:r>
        <w:r>
          <w:rPr>
            <w:noProof/>
            <w:webHidden/>
          </w:rPr>
          <w:fldChar w:fldCharType="end"/>
        </w:r>
      </w:hyperlink>
    </w:p>
    <w:p w14:paraId="630FD0D5" w14:textId="77777777" w:rsidR="004F1A0E" w:rsidRDefault="004F1A0E" w:rsidP="004F1A0E">
      <w:pPr>
        <w:pStyle w:val="TOC1"/>
        <w:tabs>
          <w:tab w:val="right" w:leader="dot" w:pos="8630"/>
        </w:tabs>
        <w:rPr>
          <w:b/>
          <w:bCs/>
          <w:caps/>
          <w:noProof/>
          <w:kern w:val="2"/>
          <w:sz w:val="24"/>
          <w:szCs w:val="24"/>
          <w:lang w:val="nl-NL" w:eastAsia="nl-NL"/>
          <w14:ligatures w14:val="standardContextual"/>
        </w:rPr>
      </w:pPr>
      <w:hyperlink w:anchor="_Toc208433185" w:history="1">
        <w:r w:rsidRPr="00570B12">
          <w:rPr>
            <w:rStyle w:val="Hyperlink"/>
            <w:noProof/>
            <w:lang w:val="nl-NL"/>
          </w:rPr>
          <w:t>5. Ervaringen op maat uitschakelen</w:t>
        </w:r>
        <w:r>
          <w:rPr>
            <w:noProof/>
            <w:webHidden/>
          </w:rPr>
          <w:tab/>
        </w:r>
        <w:r>
          <w:rPr>
            <w:noProof/>
            <w:webHidden/>
          </w:rPr>
          <w:fldChar w:fldCharType="begin"/>
        </w:r>
        <w:r>
          <w:rPr>
            <w:noProof/>
            <w:webHidden/>
          </w:rPr>
          <w:instrText xml:space="preserve"> PAGEREF _Toc208433185 \h </w:instrText>
        </w:r>
        <w:r>
          <w:rPr>
            <w:noProof/>
            <w:webHidden/>
          </w:rPr>
        </w:r>
        <w:r>
          <w:rPr>
            <w:noProof/>
            <w:webHidden/>
          </w:rPr>
          <w:fldChar w:fldCharType="separate"/>
        </w:r>
        <w:r>
          <w:rPr>
            <w:noProof/>
            <w:webHidden/>
          </w:rPr>
          <w:t>6</w:t>
        </w:r>
        <w:r>
          <w:rPr>
            <w:noProof/>
            <w:webHidden/>
          </w:rPr>
          <w:fldChar w:fldCharType="end"/>
        </w:r>
      </w:hyperlink>
    </w:p>
    <w:p w14:paraId="70CB688C" w14:textId="77777777" w:rsidR="004F1A0E" w:rsidRDefault="004F1A0E" w:rsidP="004F1A0E">
      <w:pPr>
        <w:pStyle w:val="Heading1"/>
        <w:rPr>
          <w:lang w:val="nl-NL"/>
        </w:rPr>
      </w:pPr>
      <w:r>
        <w:rPr>
          <w:lang w:val="nl-NL"/>
        </w:rPr>
        <w:fldChar w:fldCharType="end"/>
      </w:r>
    </w:p>
    <w:p w14:paraId="4676B5A6" w14:textId="77777777" w:rsidR="004F1A0E" w:rsidRDefault="004F1A0E" w:rsidP="004F1A0E">
      <w:pPr>
        <w:pStyle w:val="Heading1"/>
        <w:rPr>
          <w:lang w:val="nl-NL"/>
        </w:rPr>
      </w:pPr>
    </w:p>
    <w:p w14:paraId="532385A2" w14:textId="77777777" w:rsidR="004F1A0E" w:rsidRDefault="004F1A0E" w:rsidP="004F1A0E">
      <w:pPr>
        <w:pStyle w:val="Heading1"/>
        <w:rPr>
          <w:lang w:val="nl-NL"/>
        </w:rPr>
      </w:pPr>
    </w:p>
    <w:p w14:paraId="14CA7A03" w14:textId="77777777" w:rsidR="004F1A0E" w:rsidRDefault="004F1A0E" w:rsidP="004F1A0E">
      <w:pPr>
        <w:pStyle w:val="Heading1"/>
        <w:rPr>
          <w:lang w:val="nl-NL"/>
        </w:rPr>
      </w:pPr>
    </w:p>
    <w:p w14:paraId="36B7769E" w14:textId="77777777" w:rsidR="004F1A0E" w:rsidRDefault="004F1A0E" w:rsidP="004F1A0E">
      <w:pPr>
        <w:pStyle w:val="Heading1"/>
        <w:rPr>
          <w:lang w:val="nl-NL"/>
        </w:rPr>
      </w:pPr>
    </w:p>
    <w:p w14:paraId="374E67B6" w14:textId="77777777" w:rsidR="004F1A0E" w:rsidRPr="005551C3" w:rsidRDefault="004F1A0E" w:rsidP="004F1A0E">
      <w:pPr>
        <w:pStyle w:val="Heading1"/>
        <w:rPr>
          <w:lang w:val="nl-NL"/>
        </w:rPr>
      </w:pPr>
      <w:r w:rsidRPr="005551C3">
        <w:rPr>
          <w:lang w:val="nl-NL"/>
        </w:rPr>
        <w:br/>
      </w:r>
    </w:p>
    <w:p w14:paraId="55ED8290" w14:textId="77777777" w:rsidR="004F1A0E" w:rsidRPr="005551C3" w:rsidRDefault="004F1A0E" w:rsidP="004F1A0E">
      <w:pPr>
        <w:pStyle w:val="Heading1"/>
        <w:rPr>
          <w:lang w:val="nl-NL"/>
        </w:rPr>
      </w:pPr>
      <w:bookmarkStart w:id="6" w:name="_Toc208433181"/>
      <w:r w:rsidRPr="005551C3">
        <w:rPr>
          <w:lang w:val="nl-NL"/>
        </w:rPr>
        <w:t>1. Uitschakelen automatische updates</w:t>
      </w:r>
      <w:bookmarkEnd w:id="6"/>
    </w:p>
    <w:p w14:paraId="13B6B92A" w14:textId="77777777" w:rsidR="004F1A0E" w:rsidRPr="00305668" w:rsidRDefault="004F1A0E" w:rsidP="004F1A0E">
      <w:pPr>
        <w:rPr>
          <w:sz w:val="24"/>
          <w:szCs w:val="24"/>
          <w:lang w:val="nl-NL"/>
        </w:rPr>
      </w:pPr>
      <w:r w:rsidRPr="00305668">
        <w:rPr>
          <w:rFonts w:ascii="Aptos Light" w:hAnsi="Aptos Light"/>
          <w:sz w:val="24"/>
          <w:szCs w:val="24"/>
          <w:lang w:val="nl-NL"/>
        </w:rPr>
        <w:t xml:space="preserve">Hier heb ik de automatische updates in Windows uitgeschakeld via de </w:t>
      </w:r>
      <w:r w:rsidRPr="00305668">
        <w:rPr>
          <w:rFonts w:ascii="Aptos Light" w:hAnsi="Aptos Light"/>
          <w:b/>
          <w:bCs/>
          <w:sz w:val="24"/>
          <w:szCs w:val="24"/>
          <w:lang w:val="nl-NL"/>
        </w:rPr>
        <w:t>instellingen</w:t>
      </w:r>
      <w:r w:rsidRPr="00305668">
        <w:rPr>
          <w:rFonts w:ascii="Aptos Light" w:hAnsi="Aptos Light"/>
          <w:sz w:val="24"/>
          <w:szCs w:val="24"/>
          <w:lang w:val="nl-NL"/>
        </w:rPr>
        <w:t xml:space="preserve"> onder </w:t>
      </w:r>
      <w:r w:rsidRPr="00305668">
        <w:rPr>
          <w:rFonts w:ascii="Aptos Light" w:hAnsi="Aptos Light"/>
          <w:b/>
          <w:bCs/>
          <w:sz w:val="24"/>
          <w:szCs w:val="24"/>
          <w:lang w:val="nl-NL"/>
        </w:rPr>
        <w:t>Windows Update</w:t>
      </w:r>
      <w:r w:rsidRPr="00305668">
        <w:rPr>
          <w:rFonts w:ascii="Aptos Light" w:hAnsi="Aptos Light"/>
          <w:sz w:val="24"/>
          <w:szCs w:val="24"/>
          <w:lang w:val="nl-NL"/>
        </w:rPr>
        <w:t>. Dit zorgt ervoor dat de gebruiker zelf kan bepalen wanneer updates worden geïnstalleerd</w:t>
      </w:r>
      <w:r w:rsidRPr="00305668">
        <w:rPr>
          <w:sz w:val="24"/>
          <w:szCs w:val="24"/>
          <w:lang w:val="nl-NL"/>
        </w:rPr>
        <w:t>.</w:t>
      </w:r>
    </w:p>
    <w:p w14:paraId="63EA347B" w14:textId="77777777" w:rsidR="004F1A0E" w:rsidRPr="005551C3" w:rsidRDefault="004F1A0E" w:rsidP="004F1A0E">
      <w:pPr>
        <w:rPr>
          <w:lang w:val="nl-NL"/>
        </w:rPr>
      </w:pPr>
      <w:r w:rsidRPr="00765C57">
        <w:rPr>
          <w:noProof/>
        </w:rPr>
        <w:lastRenderedPageBreak/>
        <w:drawing>
          <wp:inline distT="0" distB="0" distL="0" distR="0" wp14:anchorId="702F31C1" wp14:editId="5D94AF93">
            <wp:extent cx="5486400" cy="2329866"/>
            <wp:effectExtent l="0" t="0" r="0" b="0"/>
            <wp:docPr id="16633905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90510" name="Picture 1" descr="A screenshot of a computer&#10;&#10;AI-generated content may be incorrect."/>
                    <pic:cNvPicPr/>
                  </pic:nvPicPr>
                  <pic:blipFill>
                    <a:blip r:embed="rId10"/>
                    <a:stretch>
                      <a:fillRect/>
                    </a:stretch>
                  </pic:blipFill>
                  <pic:spPr>
                    <a:xfrm>
                      <a:off x="0" y="0"/>
                      <a:ext cx="5486400" cy="2329866"/>
                    </a:xfrm>
                    <a:prstGeom prst="rect">
                      <a:avLst/>
                    </a:prstGeom>
                  </pic:spPr>
                </pic:pic>
              </a:graphicData>
            </a:graphic>
          </wp:inline>
        </w:drawing>
      </w:r>
      <w:r w:rsidRPr="005551C3">
        <w:rPr>
          <w:lang w:val="nl-NL"/>
        </w:rPr>
        <w:br/>
      </w:r>
    </w:p>
    <w:p w14:paraId="2AEC43AD" w14:textId="77777777" w:rsidR="004F1A0E" w:rsidRPr="005551C3" w:rsidRDefault="004F1A0E" w:rsidP="004F1A0E">
      <w:pPr>
        <w:rPr>
          <w:lang w:val="nl-NL"/>
        </w:rPr>
      </w:pPr>
      <w:r w:rsidRPr="005551C3">
        <w:rPr>
          <w:lang w:val="nl-NL"/>
        </w:rPr>
        <w:br w:type="page"/>
      </w:r>
    </w:p>
    <w:p w14:paraId="44ED1A64" w14:textId="77777777" w:rsidR="004F1A0E" w:rsidRPr="005551C3" w:rsidRDefault="004F1A0E" w:rsidP="004F1A0E">
      <w:pPr>
        <w:pStyle w:val="Heading1"/>
        <w:rPr>
          <w:lang w:val="nl-NL"/>
        </w:rPr>
      </w:pPr>
      <w:bookmarkStart w:id="7" w:name="_Toc208433182"/>
      <w:r w:rsidRPr="005551C3">
        <w:rPr>
          <w:lang w:val="nl-NL"/>
        </w:rPr>
        <w:lastRenderedPageBreak/>
        <w:t>2. Online spraakherkenning uitschakelen</w:t>
      </w:r>
      <w:bookmarkEnd w:id="7"/>
    </w:p>
    <w:p w14:paraId="571A404C" w14:textId="77777777" w:rsidR="004F1A0E" w:rsidRPr="00305668" w:rsidRDefault="004F1A0E" w:rsidP="004F1A0E">
      <w:pPr>
        <w:rPr>
          <w:sz w:val="24"/>
          <w:szCs w:val="24"/>
          <w:lang w:val="nl-NL"/>
        </w:rPr>
      </w:pPr>
      <w:r w:rsidRPr="00305668">
        <w:rPr>
          <w:sz w:val="24"/>
          <w:szCs w:val="24"/>
          <w:lang w:val="nl-NL"/>
        </w:rPr>
        <w:t xml:space="preserve">Hier de online spraakherkenning is aangepast door via </w:t>
      </w:r>
      <w:r w:rsidRPr="00305668">
        <w:rPr>
          <w:b/>
          <w:bCs/>
          <w:sz w:val="24"/>
          <w:szCs w:val="24"/>
          <w:lang w:val="nl-NL"/>
        </w:rPr>
        <w:t>Instellingen</w:t>
      </w:r>
      <w:r w:rsidRPr="00305668">
        <w:rPr>
          <w:sz w:val="24"/>
          <w:szCs w:val="24"/>
          <w:lang w:val="nl-NL"/>
        </w:rPr>
        <w:t xml:space="preserve"> → </w:t>
      </w:r>
      <w:r w:rsidRPr="00305668">
        <w:rPr>
          <w:b/>
          <w:bCs/>
          <w:sz w:val="24"/>
          <w:szCs w:val="24"/>
          <w:lang w:val="nl-NL"/>
        </w:rPr>
        <w:t xml:space="preserve">Privacy </w:t>
      </w:r>
      <w:r w:rsidRPr="00305668">
        <w:rPr>
          <w:sz w:val="24"/>
          <w:szCs w:val="24"/>
          <w:lang w:val="nl-NL"/>
        </w:rPr>
        <w:t xml:space="preserve">&amp; </w:t>
      </w:r>
      <w:r w:rsidRPr="00305668">
        <w:rPr>
          <w:b/>
          <w:bCs/>
          <w:sz w:val="24"/>
          <w:szCs w:val="24"/>
          <w:lang w:val="nl-NL"/>
        </w:rPr>
        <w:t>beveiliging</w:t>
      </w:r>
      <w:r w:rsidRPr="00305668">
        <w:rPr>
          <w:sz w:val="24"/>
          <w:szCs w:val="24"/>
          <w:lang w:val="nl-NL"/>
        </w:rPr>
        <w:t xml:space="preserve"> → Spraak de online spraakherkenning uit te schakelen.</w:t>
      </w:r>
    </w:p>
    <w:p w14:paraId="252198E0" w14:textId="77777777" w:rsidR="004F1A0E" w:rsidRPr="005551C3" w:rsidRDefault="004F1A0E" w:rsidP="004F1A0E">
      <w:pPr>
        <w:rPr>
          <w:lang w:val="nl-NL"/>
        </w:rPr>
      </w:pPr>
      <w:r w:rsidRPr="005551C3">
        <w:rPr>
          <w:lang w:val="nl-NL"/>
        </w:rPr>
        <w:br/>
      </w:r>
      <w:r w:rsidRPr="005551C3">
        <w:rPr>
          <w:noProof/>
          <w:lang w:val="nl-NL"/>
        </w:rPr>
        <w:drawing>
          <wp:inline distT="0" distB="0" distL="0" distR="0" wp14:anchorId="2C207AFD" wp14:editId="751AF48E">
            <wp:extent cx="5486400" cy="2013585"/>
            <wp:effectExtent l="0" t="0" r="0" b="5715"/>
            <wp:docPr id="140756027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60278" name="Picture 2"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13585"/>
                    </a:xfrm>
                    <a:prstGeom prst="rect">
                      <a:avLst/>
                    </a:prstGeom>
                    <a:noFill/>
                    <a:ln>
                      <a:noFill/>
                    </a:ln>
                  </pic:spPr>
                </pic:pic>
              </a:graphicData>
            </a:graphic>
          </wp:inline>
        </w:drawing>
      </w:r>
      <w:r w:rsidRPr="005551C3">
        <w:rPr>
          <w:lang w:val="nl-NL"/>
        </w:rPr>
        <w:br/>
      </w:r>
    </w:p>
    <w:p w14:paraId="14F2871E" w14:textId="77777777" w:rsidR="004F1A0E" w:rsidRPr="005551C3" w:rsidRDefault="004F1A0E" w:rsidP="004F1A0E">
      <w:pPr>
        <w:rPr>
          <w:lang w:val="nl-NL"/>
        </w:rPr>
      </w:pPr>
      <w:r w:rsidRPr="005551C3">
        <w:rPr>
          <w:lang w:val="nl-NL"/>
        </w:rPr>
        <w:br w:type="page"/>
      </w:r>
    </w:p>
    <w:p w14:paraId="37365726" w14:textId="77777777" w:rsidR="004F1A0E" w:rsidRPr="005551C3" w:rsidRDefault="004F1A0E" w:rsidP="004F1A0E">
      <w:pPr>
        <w:pStyle w:val="Heading1"/>
        <w:rPr>
          <w:lang w:val="nl-NL"/>
        </w:rPr>
      </w:pPr>
      <w:bookmarkStart w:id="8" w:name="_Toc208433183"/>
      <w:r w:rsidRPr="005551C3">
        <w:rPr>
          <w:lang w:val="nl-NL"/>
        </w:rPr>
        <w:lastRenderedPageBreak/>
        <w:t>3. Microfoon automatisch inschakelen voor Cortana</w:t>
      </w:r>
      <w:bookmarkEnd w:id="8"/>
    </w:p>
    <w:p w14:paraId="3ABA310F" w14:textId="77777777" w:rsidR="004F1A0E" w:rsidRPr="005551C3" w:rsidRDefault="004F1A0E" w:rsidP="004F1A0E">
      <w:pPr>
        <w:rPr>
          <w:lang w:val="nl-NL"/>
        </w:rPr>
      </w:pPr>
      <w:r w:rsidRPr="005551C3">
        <w:rPr>
          <w:lang w:val="nl-NL"/>
        </w:rPr>
        <w:t>Om de microfoon beschikbaar te maken voor Cortana,  de microfoontoegang</w:t>
      </w:r>
      <w:r>
        <w:rPr>
          <w:lang w:val="nl-NL"/>
        </w:rPr>
        <w:t xml:space="preserve"> moet </w:t>
      </w:r>
      <w:r w:rsidRPr="005551C3">
        <w:rPr>
          <w:lang w:val="nl-NL"/>
        </w:rPr>
        <w:t xml:space="preserve"> ingeschakeld en specifiek toestemming gegeven aan Cortana om de microfoon te gebruiken.</w:t>
      </w:r>
    </w:p>
    <w:p w14:paraId="13F8E7A4" w14:textId="77777777" w:rsidR="004F1A0E" w:rsidRDefault="004F1A0E" w:rsidP="004F1A0E">
      <w:pPr>
        <w:rPr>
          <w:lang w:val="nl-NL"/>
        </w:rPr>
      </w:pPr>
      <w:r w:rsidRPr="005551C3">
        <w:rPr>
          <w:lang w:val="nl-NL"/>
        </w:rPr>
        <w:br/>
      </w:r>
      <w:r w:rsidRPr="00765C57">
        <w:rPr>
          <w:noProof/>
        </w:rPr>
        <w:drawing>
          <wp:inline distT="0" distB="0" distL="0" distR="0" wp14:anchorId="2624D1B7" wp14:editId="6D8E2322">
            <wp:extent cx="5486400" cy="3478691"/>
            <wp:effectExtent l="0" t="0" r="0" b="7620"/>
            <wp:docPr id="149858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8437" name="Picture 1" descr="A screenshot of a computer&#10;&#10;AI-generated content may be incorrect."/>
                    <pic:cNvPicPr/>
                  </pic:nvPicPr>
                  <pic:blipFill>
                    <a:blip r:embed="rId12"/>
                    <a:stretch>
                      <a:fillRect/>
                    </a:stretch>
                  </pic:blipFill>
                  <pic:spPr>
                    <a:xfrm>
                      <a:off x="0" y="0"/>
                      <a:ext cx="5486400" cy="3478691"/>
                    </a:xfrm>
                    <a:prstGeom prst="rect">
                      <a:avLst/>
                    </a:prstGeom>
                  </pic:spPr>
                </pic:pic>
              </a:graphicData>
            </a:graphic>
          </wp:inline>
        </w:drawing>
      </w:r>
      <w:r w:rsidRPr="005551C3">
        <w:rPr>
          <w:lang w:val="nl-NL"/>
        </w:rPr>
        <w:br/>
      </w:r>
    </w:p>
    <w:p w14:paraId="4EDB343A" w14:textId="77777777" w:rsidR="004F1A0E" w:rsidRPr="005551C3" w:rsidRDefault="004F1A0E" w:rsidP="004F1A0E">
      <w:pPr>
        <w:rPr>
          <w:lang w:val="nl-NL"/>
        </w:rPr>
      </w:pPr>
      <w:r>
        <w:rPr>
          <w:lang w:val="nl-NL"/>
        </w:rPr>
        <w:t xml:space="preserve">Maar </w:t>
      </w:r>
      <w:proofErr w:type="spellStart"/>
      <w:r>
        <w:rPr>
          <w:lang w:val="nl-NL"/>
        </w:rPr>
        <w:t>Cortna</w:t>
      </w:r>
      <w:proofErr w:type="spellEnd"/>
      <w:r>
        <w:rPr>
          <w:lang w:val="nl-NL"/>
        </w:rPr>
        <w:t xml:space="preserve"> staat niet hier in de beeld aangegeven, dus kan hier niets aan doen.</w:t>
      </w:r>
    </w:p>
    <w:p w14:paraId="4A6F7102" w14:textId="77777777" w:rsidR="004F1A0E" w:rsidRPr="005551C3" w:rsidRDefault="004F1A0E" w:rsidP="004F1A0E">
      <w:pPr>
        <w:rPr>
          <w:lang w:val="nl-NL"/>
        </w:rPr>
      </w:pPr>
      <w:r w:rsidRPr="005551C3">
        <w:rPr>
          <w:lang w:val="nl-NL"/>
        </w:rPr>
        <w:br w:type="page"/>
      </w:r>
    </w:p>
    <w:p w14:paraId="304F2EB2" w14:textId="77777777" w:rsidR="004F1A0E" w:rsidRPr="005551C3" w:rsidRDefault="004F1A0E" w:rsidP="004F1A0E">
      <w:pPr>
        <w:pStyle w:val="Heading1"/>
        <w:rPr>
          <w:lang w:val="nl-NL"/>
        </w:rPr>
      </w:pPr>
      <w:bookmarkStart w:id="9" w:name="_Toc208433184"/>
      <w:r w:rsidRPr="005551C3">
        <w:rPr>
          <w:lang w:val="nl-NL"/>
        </w:rPr>
        <w:lastRenderedPageBreak/>
        <w:t>4. Plaktoetsen inschakelen</w:t>
      </w:r>
      <w:bookmarkEnd w:id="9"/>
    </w:p>
    <w:p w14:paraId="68BF3BC0" w14:textId="77777777" w:rsidR="004F1A0E" w:rsidRPr="005551C3" w:rsidRDefault="004F1A0E" w:rsidP="004F1A0E">
      <w:pPr>
        <w:rPr>
          <w:lang w:val="nl-NL"/>
        </w:rPr>
      </w:pPr>
      <w:r w:rsidRPr="00323758">
        <w:rPr>
          <w:sz w:val="24"/>
          <w:szCs w:val="24"/>
          <w:lang w:val="nl-NL"/>
        </w:rPr>
        <w:t xml:space="preserve">Plaktoetsen zijn ingeschakeld via </w:t>
      </w:r>
      <w:r w:rsidRPr="00323758">
        <w:rPr>
          <w:b/>
          <w:bCs/>
          <w:sz w:val="24"/>
          <w:szCs w:val="24"/>
          <w:lang w:val="nl-NL"/>
        </w:rPr>
        <w:t>Instellinge</w:t>
      </w:r>
      <w:r w:rsidRPr="00323758">
        <w:rPr>
          <w:sz w:val="24"/>
          <w:szCs w:val="24"/>
          <w:lang w:val="nl-NL"/>
        </w:rPr>
        <w:t xml:space="preserve">n → </w:t>
      </w:r>
      <w:r w:rsidRPr="00323758">
        <w:rPr>
          <w:b/>
          <w:bCs/>
          <w:sz w:val="24"/>
          <w:szCs w:val="24"/>
          <w:lang w:val="nl-NL"/>
        </w:rPr>
        <w:t xml:space="preserve">Toegankelijkheid </w:t>
      </w:r>
      <w:r w:rsidRPr="00323758">
        <w:rPr>
          <w:sz w:val="24"/>
          <w:szCs w:val="24"/>
          <w:lang w:val="nl-NL"/>
        </w:rPr>
        <w:t xml:space="preserve">→ </w:t>
      </w:r>
      <w:r w:rsidRPr="00323758">
        <w:rPr>
          <w:b/>
          <w:bCs/>
          <w:sz w:val="24"/>
          <w:szCs w:val="24"/>
          <w:lang w:val="nl-NL"/>
        </w:rPr>
        <w:t>Toetsenbord</w:t>
      </w:r>
      <w:r w:rsidRPr="00323758">
        <w:rPr>
          <w:sz w:val="24"/>
          <w:szCs w:val="24"/>
          <w:lang w:val="nl-NL"/>
        </w:rPr>
        <w:t>. Dit maakt het eenvoudiger voor gebruikers die moeite hebben met meerdere toetsen tegelijk indrukken</w:t>
      </w:r>
      <w:r w:rsidRPr="005551C3">
        <w:rPr>
          <w:lang w:val="nl-NL"/>
        </w:rPr>
        <w:t>.</w:t>
      </w:r>
    </w:p>
    <w:p w14:paraId="0B6433D5" w14:textId="77777777" w:rsidR="004F1A0E" w:rsidRPr="005551C3" w:rsidRDefault="004F1A0E" w:rsidP="004F1A0E">
      <w:pPr>
        <w:rPr>
          <w:lang w:val="nl-NL"/>
        </w:rPr>
      </w:pPr>
      <w:r w:rsidRPr="005551C3">
        <w:rPr>
          <w:lang w:val="nl-NL"/>
        </w:rPr>
        <w:br/>
      </w:r>
      <w:r w:rsidRPr="006A7B46">
        <w:rPr>
          <w:noProof/>
        </w:rPr>
        <w:drawing>
          <wp:inline distT="0" distB="0" distL="0" distR="0" wp14:anchorId="00E6BE66" wp14:editId="2F230A06">
            <wp:extent cx="5486400" cy="2357219"/>
            <wp:effectExtent l="0" t="0" r="0" b="5080"/>
            <wp:docPr id="387740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40168" name="Picture 1" descr="A screenshot of a computer&#10;&#10;AI-generated content may be incorrect."/>
                    <pic:cNvPicPr/>
                  </pic:nvPicPr>
                  <pic:blipFill>
                    <a:blip r:embed="rId13"/>
                    <a:stretch>
                      <a:fillRect/>
                    </a:stretch>
                  </pic:blipFill>
                  <pic:spPr>
                    <a:xfrm>
                      <a:off x="0" y="0"/>
                      <a:ext cx="5486400" cy="2357219"/>
                    </a:xfrm>
                    <a:prstGeom prst="rect">
                      <a:avLst/>
                    </a:prstGeom>
                  </pic:spPr>
                </pic:pic>
              </a:graphicData>
            </a:graphic>
          </wp:inline>
        </w:drawing>
      </w:r>
      <w:r w:rsidRPr="005551C3">
        <w:rPr>
          <w:lang w:val="nl-NL"/>
        </w:rPr>
        <w:br/>
      </w:r>
    </w:p>
    <w:p w14:paraId="1E252841" w14:textId="77777777" w:rsidR="004F1A0E" w:rsidRPr="005551C3" w:rsidRDefault="004F1A0E" w:rsidP="004F1A0E">
      <w:pPr>
        <w:rPr>
          <w:lang w:val="nl-NL"/>
        </w:rPr>
      </w:pPr>
      <w:r w:rsidRPr="005551C3">
        <w:rPr>
          <w:lang w:val="nl-NL"/>
        </w:rPr>
        <w:br w:type="page"/>
      </w:r>
    </w:p>
    <w:p w14:paraId="12861018" w14:textId="77777777" w:rsidR="004F1A0E" w:rsidRPr="005551C3" w:rsidRDefault="004F1A0E" w:rsidP="004F1A0E">
      <w:pPr>
        <w:pStyle w:val="Heading1"/>
        <w:rPr>
          <w:lang w:val="nl-NL"/>
        </w:rPr>
      </w:pPr>
      <w:bookmarkStart w:id="10" w:name="_Toc208433185"/>
      <w:r w:rsidRPr="005551C3">
        <w:rPr>
          <w:lang w:val="nl-NL"/>
        </w:rPr>
        <w:lastRenderedPageBreak/>
        <w:t>5. Ervaringen op maat uitschakelen</w:t>
      </w:r>
      <w:bookmarkEnd w:id="10"/>
    </w:p>
    <w:p w14:paraId="3C243153" w14:textId="77777777" w:rsidR="004F1A0E" w:rsidRPr="005551C3" w:rsidRDefault="004F1A0E" w:rsidP="004F1A0E">
      <w:pPr>
        <w:rPr>
          <w:lang w:val="nl-NL"/>
        </w:rPr>
      </w:pPr>
      <w:r w:rsidRPr="00F35CA4">
        <w:rPr>
          <w:sz w:val="24"/>
          <w:szCs w:val="24"/>
          <w:lang w:val="nl-NL"/>
        </w:rPr>
        <w:t xml:space="preserve">De optie Ervaringen op maat is uitgezet via </w:t>
      </w:r>
      <w:r w:rsidRPr="00F35CA4">
        <w:rPr>
          <w:b/>
          <w:bCs/>
          <w:sz w:val="24"/>
          <w:szCs w:val="24"/>
          <w:lang w:val="nl-NL"/>
        </w:rPr>
        <w:t>Instellingen</w:t>
      </w:r>
      <w:r w:rsidRPr="00F35CA4">
        <w:rPr>
          <w:sz w:val="24"/>
          <w:szCs w:val="24"/>
          <w:lang w:val="nl-NL"/>
        </w:rPr>
        <w:t xml:space="preserve"> → </w:t>
      </w:r>
      <w:r w:rsidRPr="00F35CA4">
        <w:rPr>
          <w:b/>
          <w:bCs/>
          <w:sz w:val="24"/>
          <w:szCs w:val="24"/>
          <w:lang w:val="nl-NL"/>
        </w:rPr>
        <w:t>Privacy</w:t>
      </w:r>
      <w:r w:rsidRPr="00F35CA4">
        <w:rPr>
          <w:sz w:val="24"/>
          <w:szCs w:val="24"/>
          <w:lang w:val="nl-NL"/>
        </w:rPr>
        <w:t xml:space="preserve"> → </w:t>
      </w:r>
      <w:r w:rsidRPr="00F35CA4">
        <w:rPr>
          <w:b/>
          <w:bCs/>
          <w:sz w:val="24"/>
          <w:szCs w:val="24"/>
          <w:lang w:val="nl-NL"/>
        </w:rPr>
        <w:t>Diagnostische</w:t>
      </w:r>
      <w:r w:rsidRPr="00F35CA4">
        <w:rPr>
          <w:sz w:val="24"/>
          <w:szCs w:val="24"/>
          <w:lang w:val="nl-NL"/>
        </w:rPr>
        <w:t xml:space="preserve"> gegevens en feedback. Dit voorkomt dat persoonlijke gegevens worden gebruikt voor gepersonaliseerde tips en aanbevelingen</w:t>
      </w:r>
      <w:r w:rsidRPr="005551C3">
        <w:rPr>
          <w:lang w:val="nl-NL"/>
        </w:rPr>
        <w:t>.</w:t>
      </w:r>
    </w:p>
    <w:p w14:paraId="5385175D" w14:textId="77777777" w:rsidR="004F1A0E" w:rsidRDefault="004F1A0E" w:rsidP="004F1A0E">
      <w:r w:rsidRPr="005551C3">
        <w:rPr>
          <w:lang w:val="nl-NL"/>
        </w:rPr>
        <w:br/>
      </w:r>
      <w:r w:rsidRPr="00A46248">
        <w:rPr>
          <w:noProof/>
        </w:rPr>
        <w:drawing>
          <wp:inline distT="0" distB="0" distL="0" distR="0" wp14:anchorId="6E446025" wp14:editId="50295A39">
            <wp:extent cx="5486400" cy="2365729"/>
            <wp:effectExtent l="0" t="0" r="0" b="0"/>
            <wp:docPr id="155586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6695" name="Picture 1" descr="A screenshot of a computer&#10;&#10;AI-generated content may be incorrect."/>
                    <pic:cNvPicPr/>
                  </pic:nvPicPr>
                  <pic:blipFill>
                    <a:blip r:embed="rId14"/>
                    <a:stretch>
                      <a:fillRect/>
                    </a:stretch>
                  </pic:blipFill>
                  <pic:spPr>
                    <a:xfrm>
                      <a:off x="0" y="0"/>
                      <a:ext cx="5486400" cy="2365729"/>
                    </a:xfrm>
                    <a:prstGeom prst="rect">
                      <a:avLst/>
                    </a:prstGeom>
                  </pic:spPr>
                </pic:pic>
              </a:graphicData>
            </a:graphic>
          </wp:inline>
        </w:drawing>
      </w:r>
      <w:r>
        <w:br/>
      </w:r>
    </w:p>
    <w:p w14:paraId="33DE3F4D" w14:textId="77777777" w:rsidR="004F1A0E" w:rsidRDefault="004F1A0E" w:rsidP="004F1A0E"/>
    <w:p w14:paraId="4831CD20" w14:textId="0C5DF530" w:rsidR="00363E44" w:rsidRDefault="00271D71">
      <w:r>
        <w:t xml:space="preserve"> </w:t>
      </w:r>
    </w:p>
    <w:p w14:paraId="42D9DFD6" w14:textId="77777777" w:rsidR="00271D71" w:rsidRDefault="00271D71"/>
    <w:p w14:paraId="5D88161C" w14:textId="77777777" w:rsidR="00271D71" w:rsidRDefault="00271D71"/>
    <w:p w14:paraId="4B9F156E" w14:textId="77777777" w:rsidR="00271D71" w:rsidRDefault="00271D71"/>
    <w:p w14:paraId="5043C0D4" w14:textId="77777777" w:rsidR="00271D71" w:rsidRDefault="00271D71"/>
    <w:p w14:paraId="65B1733E" w14:textId="77777777" w:rsidR="00271D71" w:rsidRDefault="00271D71"/>
    <w:p w14:paraId="66E57059" w14:textId="77777777" w:rsidR="00271D71" w:rsidRDefault="00271D71"/>
    <w:p w14:paraId="14B407D9" w14:textId="77777777" w:rsidR="00271D71" w:rsidRDefault="00271D71"/>
    <w:p w14:paraId="17235F4D" w14:textId="77777777" w:rsidR="00271D71" w:rsidRDefault="00271D71"/>
    <w:p w14:paraId="36E2766E" w14:textId="77777777" w:rsidR="00271D71" w:rsidRDefault="00271D71"/>
    <w:p w14:paraId="219A99F1" w14:textId="77777777" w:rsidR="00271D71" w:rsidRDefault="00271D71"/>
    <w:p w14:paraId="68D618D0" w14:textId="77777777" w:rsidR="00271D71" w:rsidRDefault="00271D71"/>
    <w:p w14:paraId="4FB0B027" w14:textId="77777777" w:rsidR="00271D71" w:rsidRDefault="00271D71"/>
    <w:p w14:paraId="067584E5" w14:textId="77777777" w:rsidR="00585026" w:rsidRDefault="00585026" w:rsidP="00585026">
      <w:pPr>
        <w:pStyle w:val="TOC1"/>
        <w:tabs>
          <w:tab w:val="right" w:leader="dot" w:pos="8630"/>
        </w:tabs>
        <w:rPr>
          <w:noProof/>
          <w:kern w:val="2"/>
          <w:sz w:val="24"/>
          <w:szCs w:val="24"/>
          <w:lang w:val="nl-NL" w:eastAsia="nl-NL"/>
          <w14:ligatures w14:val="standardContextual"/>
        </w:rPr>
      </w:pPr>
      <w:r>
        <w:rPr>
          <w:lang w:val="nl-NL"/>
        </w:rPr>
        <w:fldChar w:fldCharType="begin"/>
      </w:r>
      <w:r>
        <w:rPr>
          <w:lang w:val="nl-NL"/>
        </w:rPr>
        <w:instrText xml:space="preserve"> TOC \o "1-3" \h \z \u </w:instrText>
      </w:r>
      <w:r>
        <w:rPr>
          <w:lang w:val="nl-NL"/>
        </w:rPr>
        <w:fldChar w:fldCharType="separate"/>
      </w:r>
      <w:hyperlink w:anchor="_Toc208351753" w:history="1">
        <w:r w:rsidRPr="00911C4C">
          <w:rPr>
            <w:rStyle w:val="Hyperlink"/>
            <w:noProof/>
            <w:lang w:val="nl-NL"/>
          </w:rPr>
          <w:t>Inhoudsopgave</w:t>
        </w:r>
        <w:r>
          <w:rPr>
            <w:noProof/>
            <w:webHidden/>
          </w:rPr>
          <w:tab/>
        </w:r>
        <w:r>
          <w:rPr>
            <w:noProof/>
            <w:webHidden/>
          </w:rPr>
          <w:fldChar w:fldCharType="begin"/>
        </w:r>
        <w:r>
          <w:rPr>
            <w:noProof/>
            <w:webHidden/>
          </w:rPr>
          <w:instrText xml:space="preserve"> PAGEREF _Toc208351753 \h </w:instrText>
        </w:r>
        <w:r>
          <w:rPr>
            <w:noProof/>
            <w:webHidden/>
          </w:rPr>
        </w:r>
        <w:r>
          <w:rPr>
            <w:noProof/>
            <w:webHidden/>
          </w:rPr>
          <w:fldChar w:fldCharType="separate"/>
        </w:r>
        <w:r>
          <w:rPr>
            <w:noProof/>
            <w:webHidden/>
          </w:rPr>
          <w:t>2</w:t>
        </w:r>
        <w:r>
          <w:rPr>
            <w:noProof/>
            <w:webHidden/>
          </w:rPr>
          <w:fldChar w:fldCharType="end"/>
        </w:r>
      </w:hyperlink>
    </w:p>
    <w:p w14:paraId="6577EA21" w14:textId="77777777" w:rsidR="00585026" w:rsidRDefault="00585026" w:rsidP="00585026">
      <w:pPr>
        <w:pStyle w:val="TOC1"/>
        <w:tabs>
          <w:tab w:val="right" w:leader="dot" w:pos="8630"/>
        </w:tabs>
        <w:rPr>
          <w:noProof/>
          <w:kern w:val="2"/>
          <w:sz w:val="24"/>
          <w:szCs w:val="24"/>
          <w:lang w:val="nl-NL" w:eastAsia="nl-NL"/>
          <w14:ligatures w14:val="standardContextual"/>
        </w:rPr>
      </w:pPr>
      <w:hyperlink w:anchor="_Toc208351754" w:history="1">
        <w:r w:rsidRPr="00911C4C">
          <w:rPr>
            <w:rStyle w:val="Hyperlink"/>
            <w:noProof/>
            <w:lang w:val="nl-NL"/>
          </w:rPr>
          <w:t>1. Inleiding</w:t>
        </w:r>
        <w:r>
          <w:rPr>
            <w:noProof/>
            <w:webHidden/>
          </w:rPr>
          <w:tab/>
        </w:r>
        <w:r>
          <w:rPr>
            <w:noProof/>
            <w:webHidden/>
          </w:rPr>
          <w:fldChar w:fldCharType="begin"/>
        </w:r>
        <w:r>
          <w:rPr>
            <w:noProof/>
            <w:webHidden/>
          </w:rPr>
          <w:instrText xml:space="preserve"> PAGEREF _Toc208351754 \h </w:instrText>
        </w:r>
        <w:r>
          <w:rPr>
            <w:noProof/>
            <w:webHidden/>
          </w:rPr>
        </w:r>
        <w:r>
          <w:rPr>
            <w:noProof/>
            <w:webHidden/>
          </w:rPr>
          <w:fldChar w:fldCharType="separate"/>
        </w:r>
        <w:r>
          <w:rPr>
            <w:noProof/>
            <w:webHidden/>
          </w:rPr>
          <w:t>3</w:t>
        </w:r>
        <w:r>
          <w:rPr>
            <w:noProof/>
            <w:webHidden/>
          </w:rPr>
          <w:fldChar w:fldCharType="end"/>
        </w:r>
      </w:hyperlink>
    </w:p>
    <w:p w14:paraId="445DE2E2" w14:textId="77777777" w:rsidR="00585026" w:rsidRDefault="00585026" w:rsidP="00585026">
      <w:pPr>
        <w:pStyle w:val="TOC1"/>
        <w:tabs>
          <w:tab w:val="right" w:leader="dot" w:pos="8630"/>
        </w:tabs>
      </w:pPr>
      <w:hyperlink w:anchor="_Toc208351755" w:history="1">
        <w:r w:rsidRPr="00911C4C">
          <w:rPr>
            <w:rStyle w:val="Hyperlink"/>
            <w:noProof/>
            <w:lang w:val="nl-NL"/>
          </w:rPr>
          <w:t>2.</w:t>
        </w:r>
        <w:r w:rsidRPr="00710E7F">
          <w:rPr>
            <w:b/>
            <w:bCs/>
            <w:sz w:val="36"/>
            <w:szCs w:val="36"/>
          </w:rPr>
          <w:t xml:space="preserve"> </w:t>
        </w:r>
        <w:r w:rsidRPr="00D41D78">
          <w:t>XML-bestand</w:t>
        </w:r>
        <w:r>
          <w:rPr>
            <w:noProof/>
            <w:webHidden/>
          </w:rPr>
          <w:tab/>
        </w:r>
        <w:r>
          <w:rPr>
            <w:noProof/>
            <w:webHidden/>
          </w:rPr>
          <w:fldChar w:fldCharType="begin"/>
        </w:r>
        <w:r>
          <w:rPr>
            <w:noProof/>
            <w:webHidden/>
          </w:rPr>
          <w:instrText xml:space="preserve"> PAGEREF _Toc208351755 \h </w:instrText>
        </w:r>
        <w:r>
          <w:rPr>
            <w:noProof/>
            <w:webHidden/>
          </w:rPr>
        </w:r>
        <w:r>
          <w:rPr>
            <w:noProof/>
            <w:webHidden/>
          </w:rPr>
          <w:fldChar w:fldCharType="separate"/>
        </w:r>
        <w:r>
          <w:rPr>
            <w:noProof/>
            <w:webHidden/>
          </w:rPr>
          <w:t>4</w:t>
        </w:r>
        <w:r>
          <w:rPr>
            <w:noProof/>
            <w:webHidden/>
          </w:rPr>
          <w:fldChar w:fldCharType="end"/>
        </w:r>
      </w:hyperlink>
    </w:p>
    <w:p w14:paraId="60D5CB58" w14:textId="77777777" w:rsidR="00585026" w:rsidRDefault="00585026" w:rsidP="00585026">
      <w:pPr>
        <w:tabs>
          <w:tab w:val="left" w:pos="720"/>
        </w:tabs>
      </w:pPr>
      <w:r>
        <w:t>3.XML-bestand…………………………………………………………………………………………….5</w:t>
      </w:r>
    </w:p>
    <w:p w14:paraId="04E6E79B" w14:textId="77777777" w:rsidR="00585026" w:rsidRPr="00FB53CC" w:rsidRDefault="00585026" w:rsidP="00585026">
      <w:pPr>
        <w:tabs>
          <w:tab w:val="left" w:pos="720"/>
        </w:tabs>
        <w:rPr>
          <w:noProof/>
          <w:kern w:val="2"/>
          <w:lang w:eastAsia="nl-NL"/>
          <w14:ligatures w14:val="standardContextual"/>
        </w:rPr>
      </w:pPr>
      <w:r>
        <w:t>4.</w:t>
      </w:r>
      <w:r w:rsidRPr="007D03F1">
        <w:rPr>
          <w:b/>
          <w:bCs/>
        </w:rPr>
        <w:t xml:space="preserve"> </w:t>
      </w:r>
      <w:r w:rsidRPr="00FB53CC">
        <w:t>Aangepaste batchfile</w:t>
      </w:r>
      <w:r>
        <w:t>……………………………………………………………………………………………6</w:t>
      </w:r>
    </w:p>
    <w:p w14:paraId="294FE9B8" w14:textId="77777777" w:rsidR="00585026" w:rsidRDefault="00585026" w:rsidP="00585026">
      <w:pPr>
        <w:pStyle w:val="TOC1"/>
        <w:tabs>
          <w:tab w:val="right" w:leader="dot" w:pos="8630"/>
        </w:tabs>
      </w:pPr>
      <w:hyperlink w:anchor="_Toc208351757" w:history="1">
        <w:r w:rsidRPr="00911C4C">
          <w:rPr>
            <w:rStyle w:val="Hyperlink"/>
            <w:noProof/>
            <w:lang w:val="nl-NL"/>
          </w:rPr>
          <w:t xml:space="preserve">5. </w:t>
        </w:r>
        <w:r>
          <w:rPr>
            <w:rStyle w:val="Hyperlink"/>
            <w:noProof/>
            <w:lang w:val="nl-NL"/>
          </w:rPr>
          <w:t xml:space="preserve">screen shots </w:t>
        </w:r>
        <w:r w:rsidRPr="00911C4C">
          <w:rPr>
            <w:rStyle w:val="Hyperlink"/>
            <w:noProof/>
            <w:lang w:val="nl-NL"/>
          </w:rPr>
          <w:t>Installatie</w:t>
        </w:r>
        <w:r>
          <w:rPr>
            <w:noProof/>
            <w:webHidden/>
          </w:rPr>
          <w:tab/>
          <w:t>.</w:t>
        </w:r>
        <w:r>
          <w:rPr>
            <w:noProof/>
            <w:webHidden/>
          </w:rPr>
          <w:fldChar w:fldCharType="begin"/>
        </w:r>
        <w:r>
          <w:rPr>
            <w:noProof/>
            <w:webHidden/>
          </w:rPr>
          <w:instrText xml:space="preserve"> PAGEREF _Toc208351757 \h </w:instrText>
        </w:r>
        <w:r>
          <w:rPr>
            <w:noProof/>
            <w:webHidden/>
          </w:rPr>
        </w:r>
        <w:r>
          <w:rPr>
            <w:noProof/>
            <w:webHidden/>
          </w:rPr>
          <w:fldChar w:fldCharType="separate"/>
        </w:r>
        <w:r>
          <w:rPr>
            <w:noProof/>
            <w:webHidden/>
          </w:rPr>
          <w:t>6</w:t>
        </w:r>
        <w:r>
          <w:rPr>
            <w:noProof/>
            <w:webHidden/>
          </w:rPr>
          <w:fldChar w:fldCharType="end"/>
        </w:r>
      </w:hyperlink>
    </w:p>
    <w:p w14:paraId="79C60B76" w14:textId="77777777" w:rsidR="00585026" w:rsidRPr="00585026" w:rsidRDefault="00585026" w:rsidP="00585026">
      <w:pPr>
        <w:rPr>
          <w:lang w:val="nl-NL"/>
        </w:rPr>
      </w:pPr>
      <w:r w:rsidRPr="00585026">
        <w:rPr>
          <w:lang w:val="nl-NL"/>
        </w:rPr>
        <w:t>6Conclusie………………………………………………………………………………………………….7</w:t>
      </w:r>
    </w:p>
    <w:p w14:paraId="3DB2A2FB" w14:textId="77777777" w:rsidR="00585026" w:rsidRPr="00585026" w:rsidRDefault="00585026" w:rsidP="00585026">
      <w:pPr>
        <w:spacing w:after="160" w:line="278" w:lineRule="auto"/>
        <w:rPr>
          <w:b/>
          <w:bCs/>
          <w:sz w:val="32"/>
          <w:szCs w:val="32"/>
          <w:lang w:val="nl-NL"/>
        </w:rPr>
      </w:pPr>
      <w:r>
        <w:fldChar w:fldCharType="end"/>
      </w:r>
      <w:r w:rsidRPr="00585026">
        <w:rPr>
          <w:b/>
          <w:bCs/>
          <w:sz w:val="32"/>
          <w:szCs w:val="32"/>
          <w:lang w:val="nl-NL"/>
        </w:rPr>
        <w:br w:type="page"/>
      </w:r>
    </w:p>
    <w:p w14:paraId="09234D6E" w14:textId="77777777" w:rsidR="00585026" w:rsidRPr="00585026" w:rsidRDefault="00585026" w:rsidP="00585026">
      <w:pPr>
        <w:rPr>
          <w:b/>
          <w:bCs/>
          <w:sz w:val="32"/>
          <w:szCs w:val="32"/>
          <w:lang w:val="nl-NL"/>
        </w:rPr>
      </w:pPr>
      <w:r w:rsidRPr="00585026">
        <w:rPr>
          <w:b/>
          <w:bCs/>
          <w:sz w:val="32"/>
          <w:szCs w:val="32"/>
          <w:lang w:val="nl-NL"/>
        </w:rPr>
        <w:lastRenderedPageBreak/>
        <w:t xml:space="preserve">   Inleiding</w:t>
      </w:r>
    </w:p>
    <w:p w14:paraId="2A5E2B10" w14:textId="77777777" w:rsidR="00585026" w:rsidRPr="00585026" w:rsidRDefault="00585026" w:rsidP="00585026">
      <w:pPr>
        <w:rPr>
          <w:b/>
          <w:bCs/>
          <w:lang w:val="nl-NL"/>
        </w:rPr>
      </w:pPr>
      <w:r w:rsidRPr="00585026">
        <w:rPr>
          <w:lang w:val="nl-NL"/>
        </w:rPr>
        <w:t xml:space="preserve">Dit document bevat de aanpassingen die zijn uitgevoerd om Office 2019 te installeren met behulp van de Office Deployment Tool. Het doel is om enkel Word en Excel te installeren, de Duitse spellingscontrole toe te voegen en de bedrijfsnaam binnen Office te wijzigen naar </w:t>
      </w:r>
      <w:proofErr w:type="spellStart"/>
      <w:r w:rsidRPr="00585026">
        <w:rPr>
          <w:lang w:val="nl-NL"/>
        </w:rPr>
        <w:t>FalconOwl</w:t>
      </w:r>
      <w:proofErr w:type="spellEnd"/>
      <w:r w:rsidRPr="00585026">
        <w:rPr>
          <w:b/>
          <w:bCs/>
          <w:lang w:val="nl-NL"/>
        </w:rPr>
        <w:t>.</w:t>
      </w:r>
    </w:p>
    <w:p w14:paraId="79A6BDD4" w14:textId="77777777" w:rsidR="00585026" w:rsidRPr="00585026" w:rsidRDefault="00585026" w:rsidP="00585026">
      <w:pPr>
        <w:rPr>
          <w:b/>
          <w:bCs/>
          <w:lang w:val="nl-NL"/>
        </w:rPr>
      </w:pPr>
      <w:r w:rsidRPr="00585026">
        <w:rPr>
          <w:b/>
          <w:bCs/>
          <w:lang w:val="nl-NL"/>
        </w:rPr>
        <w:t xml:space="preserve">                          </w:t>
      </w:r>
    </w:p>
    <w:p w14:paraId="0CCD76FD" w14:textId="77777777" w:rsidR="00585026" w:rsidRPr="00585026" w:rsidRDefault="00585026" w:rsidP="00585026">
      <w:pPr>
        <w:pStyle w:val="Heading1"/>
        <w:rPr>
          <w:lang w:val="nl-NL"/>
        </w:rPr>
      </w:pPr>
    </w:p>
    <w:p w14:paraId="415A7CE2" w14:textId="77777777" w:rsidR="00585026" w:rsidRPr="00585026" w:rsidRDefault="00585026" w:rsidP="00585026">
      <w:pPr>
        <w:rPr>
          <w:lang w:val="nl-NL"/>
        </w:rPr>
      </w:pPr>
    </w:p>
    <w:p w14:paraId="4775D40D" w14:textId="77777777" w:rsidR="00585026" w:rsidRPr="00585026" w:rsidRDefault="00585026" w:rsidP="00585026">
      <w:pPr>
        <w:rPr>
          <w:lang w:val="nl-NL"/>
        </w:rPr>
      </w:pPr>
      <w:r w:rsidRPr="00585026">
        <w:rPr>
          <w:lang w:val="nl-NL"/>
        </w:rPr>
        <w:t>Op de desktop van deze machine staat een map die heet Apps. In deze map staat de map Office 2019.</w:t>
      </w:r>
    </w:p>
    <w:p w14:paraId="0E54CA6C" w14:textId="77777777" w:rsidR="00585026" w:rsidRPr="00585026" w:rsidRDefault="00585026" w:rsidP="00585026">
      <w:pPr>
        <w:widowControl w:val="0"/>
        <w:tabs>
          <w:tab w:val="left" w:pos="836"/>
          <w:tab w:val="left" w:pos="837"/>
        </w:tabs>
        <w:autoSpaceDE w:val="0"/>
        <w:autoSpaceDN w:val="0"/>
        <w:spacing w:line="305" w:lineRule="exact"/>
        <w:rPr>
          <w:lang w:val="nl-NL"/>
        </w:rPr>
      </w:pPr>
      <w:r w:rsidRPr="00585026">
        <w:rPr>
          <w:lang w:val="nl-NL"/>
        </w:rPr>
        <w:t>De twee belangrijke bestanden in deze map zijn:</w:t>
      </w:r>
      <w:r w:rsidRPr="00585026">
        <w:rPr>
          <w:lang w:val="nl-NL"/>
        </w:rPr>
        <w:br/>
      </w:r>
    </w:p>
    <w:p w14:paraId="65E64096" w14:textId="77777777" w:rsidR="00585026" w:rsidRDefault="00585026" w:rsidP="00585026">
      <w:pPr>
        <w:pStyle w:val="ListParagraph"/>
        <w:widowControl w:val="0"/>
        <w:numPr>
          <w:ilvl w:val="0"/>
          <w:numId w:val="14"/>
        </w:numPr>
        <w:tabs>
          <w:tab w:val="left" w:pos="836"/>
          <w:tab w:val="left" w:pos="837"/>
        </w:tabs>
        <w:autoSpaceDE w:val="0"/>
        <w:autoSpaceDN w:val="0"/>
        <w:spacing w:after="0" w:line="305" w:lineRule="exact"/>
      </w:pPr>
      <w:r w:rsidRPr="009C6B05">
        <w:t>Office2019settingsbedrijf</w:t>
      </w:r>
      <w:r>
        <w:t>.xml</w:t>
      </w:r>
    </w:p>
    <w:p w14:paraId="4D48B2E7" w14:textId="77777777" w:rsidR="00585026" w:rsidRDefault="00585026" w:rsidP="00585026">
      <w:pPr>
        <w:pStyle w:val="ListParagraph"/>
        <w:widowControl w:val="0"/>
        <w:numPr>
          <w:ilvl w:val="0"/>
          <w:numId w:val="14"/>
        </w:numPr>
        <w:tabs>
          <w:tab w:val="left" w:pos="836"/>
          <w:tab w:val="left" w:pos="837"/>
        </w:tabs>
        <w:autoSpaceDE w:val="0"/>
        <w:autoSpaceDN w:val="0"/>
        <w:spacing w:after="0" w:line="305" w:lineRule="exact"/>
      </w:pPr>
      <w:r w:rsidRPr="009C6B05">
        <w:t>start-officebedrijf</w:t>
      </w:r>
      <w:r>
        <w:t>.bat</w:t>
      </w:r>
    </w:p>
    <w:p w14:paraId="79041DC8" w14:textId="77777777" w:rsidR="00585026" w:rsidRDefault="00585026" w:rsidP="00585026">
      <w:pPr>
        <w:widowControl w:val="0"/>
        <w:tabs>
          <w:tab w:val="left" w:pos="836"/>
          <w:tab w:val="left" w:pos="837"/>
        </w:tabs>
        <w:autoSpaceDE w:val="0"/>
        <w:autoSpaceDN w:val="0"/>
        <w:spacing w:line="305" w:lineRule="exact"/>
      </w:pPr>
    </w:p>
    <w:p w14:paraId="2DF78801" w14:textId="77777777" w:rsidR="00585026" w:rsidRPr="00585026" w:rsidRDefault="00585026" w:rsidP="00585026">
      <w:pPr>
        <w:widowControl w:val="0"/>
        <w:tabs>
          <w:tab w:val="left" w:pos="836"/>
          <w:tab w:val="left" w:pos="837"/>
        </w:tabs>
        <w:autoSpaceDE w:val="0"/>
        <w:autoSpaceDN w:val="0"/>
        <w:spacing w:line="305" w:lineRule="exact"/>
        <w:rPr>
          <w:lang w:val="nl-NL"/>
        </w:rPr>
      </w:pPr>
      <w:r w:rsidRPr="00585026">
        <w:rPr>
          <w:lang w:val="nl-NL"/>
        </w:rPr>
        <w:t>Voer de volgende opdrachten uit:</w:t>
      </w:r>
    </w:p>
    <w:p w14:paraId="0C295C11" w14:textId="77777777" w:rsidR="00585026" w:rsidRPr="00585026" w:rsidRDefault="00585026" w:rsidP="00585026">
      <w:pPr>
        <w:widowControl w:val="0"/>
        <w:tabs>
          <w:tab w:val="left" w:pos="836"/>
          <w:tab w:val="left" w:pos="837"/>
        </w:tabs>
        <w:autoSpaceDE w:val="0"/>
        <w:autoSpaceDN w:val="0"/>
        <w:spacing w:line="305" w:lineRule="exact"/>
        <w:rPr>
          <w:lang w:val="nl-NL"/>
        </w:rPr>
      </w:pPr>
    </w:p>
    <w:p w14:paraId="29BDB984" w14:textId="77777777" w:rsidR="00585026" w:rsidRPr="000A100D" w:rsidRDefault="00585026" w:rsidP="00585026">
      <w:pPr>
        <w:pStyle w:val="ListParagraph"/>
        <w:widowControl w:val="0"/>
        <w:numPr>
          <w:ilvl w:val="0"/>
          <w:numId w:val="17"/>
        </w:numPr>
        <w:tabs>
          <w:tab w:val="left" w:pos="836"/>
          <w:tab w:val="left" w:pos="837"/>
        </w:tabs>
        <w:autoSpaceDE w:val="0"/>
        <w:autoSpaceDN w:val="0"/>
        <w:spacing w:after="0" w:line="305" w:lineRule="exact"/>
        <w:rPr>
          <w:sz w:val="36"/>
          <w:szCs w:val="36"/>
        </w:rPr>
      </w:pPr>
      <w:r w:rsidRPr="00585026">
        <w:rPr>
          <w:b/>
          <w:bCs/>
          <w:lang w:val="nl-NL"/>
        </w:rPr>
        <w:t xml:space="preserve"> </w:t>
      </w:r>
      <w:r w:rsidRPr="000A100D">
        <w:rPr>
          <w:b/>
          <w:bCs/>
          <w:sz w:val="36"/>
          <w:szCs w:val="36"/>
        </w:rPr>
        <w:t>XML-</w:t>
      </w:r>
      <w:proofErr w:type="spellStart"/>
      <w:r w:rsidRPr="000A100D">
        <w:rPr>
          <w:b/>
          <w:bCs/>
          <w:sz w:val="36"/>
          <w:szCs w:val="36"/>
        </w:rPr>
        <w:t>bestand</w:t>
      </w:r>
      <w:proofErr w:type="spellEnd"/>
    </w:p>
    <w:p w14:paraId="6E82BF69" w14:textId="77777777" w:rsidR="00585026" w:rsidRDefault="00585026" w:rsidP="00585026">
      <w:pPr>
        <w:widowControl w:val="0"/>
        <w:tabs>
          <w:tab w:val="left" w:pos="836"/>
          <w:tab w:val="left" w:pos="837"/>
        </w:tabs>
        <w:autoSpaceDE w:val="0"/>
        <w:autoSpaceDN w:val="0"/>
        <w:spacing w:line="305" w:lineRule="exact"/>
      </w:pPr>
    </w:p>
    <w:p w14:paraId="28F623C5" w14:textId="77777777" w:rsidR="00585026" w:rsidRPr="002C1825" w:rsidRDefault="00585026" w:rsidP="00585026">
      <w:pPr>
        <w:widowControl w:val="0"/>
        <w:tabs>
          <w:tab w:val="left" w:pos="836"/>
          <w:tab w:val="left" w:pos="837"/>
        </w:tabs>
        <w:autoSpaceDE w:val="0"/>
        <w:autoSpaceDN w:val="0"/>
        <w:spacing w:line="305" w:lineRule="exact"/>
        <w:rPr>
          <w:b/>
          <w:bCs/>
        </w:rPr>
      </w:pPr>
    </w:p>
    <w:p w14:paraId="05C70387" w14:textId="77777777" w:rsidR="00585026" w:rsidRPr="00585026" w:rsidRDefault="00585026" w:rsidP="00585026">
      <w:pPr>
        <w:pStyle w:val="ListParagraph"/>
        <w:numPr>
          <w:ilvl w:val="0"/>
          <w:numId w:val="18"/>
        </w:numPr>
        <w:spacing w:after="0" w:line="240" w:lineRule="auto"/>
        <w:rPr>
          <w:b/>
          <w:bCs/>
          <w:lang w:val="nl-NL"/>
        </w:rPr>
      </w:pPr>
      <w:r w:rsidRPr="00585026">
        <w:rPr>
          <w:b/>
          <w:bCs/>
          <w:lang w:val="nl-NL"/>
        </w:rPr>
        <w:t xml:space="preserve">Maak met de tool eerst zelf een </w:t>
      </w:r>
      <w:proofErr w:type="spellStart"/>
      <w:r w:rsidRPr="00585026">
        <w:rPr>
          <w:b/>
          <w:bCs/>
          <w:lang w:val="nl-NL"/>
        </w:rPr>
        <w:t>XML-bestand</w:t>
      </w:r>
      <w:proofErr w:type="spellEnd"/>
      <w:r w:rsidRPr="00585026">
        <w:rPr>
          <w:b/>
          <w:bCs/>
          <w:lang w:val="nl-NL"/>
        </w:rPr>
        <w:t xml:space="preserve">. Zet zoveel mogelijk opties aan om te kijken hoe die verwerkt worden in het </w:t>
      </w:r>
      <w:proofErr w:type="spellStart"/>
      <w:r w:rsidRPr="00585026">
        <w:rPr>
          <w:b/>
          <w:bCs/>
          <w:lang w:val="nl-NL"/>
        </w:rPr>
        <w:t>XML-bestand</w:t>
      </w:r>
      <w:proofErr w:type="spellEnd"/>
      <w:r w:rsidRPr="00585026">
        <w:rPr>
          <w:b/>
          <w:bCs/>
          <w:lang w:val="nl-NL"/>
        </w:rPr>
        <w:t>. Vergelijk jouw bestand met het bestand op de virtuele machine.</w:t>
      </w:r>
    </w:p>
    <w:p w14:paraId="3EDF060B" w14:textId="77777777" w:rsidR="00585026" w:rsidRPr="00585026" w:rsidRDefault="00585026" w:rsidP="00585026">
      <w:pPr>
        <w:rPr>
          <w:lang w:val="nl-NL"/>
        </w:rPr>
      </w:pPr>
    </w:p>
    <w:p w14:paraId="0CF7B016" w14:textId="77777777" w:rsidR="00585026" w:rsidRDefault="00585026" w:rsidP="00585026">
      <w:r w:rsidRPr="00E42295">
        <w:rPr>
          <w:noProof/>
        </w:rPr>
        <w:lastRenderedPageBreak/>
        <w:drawing>
          <wp:inline distT="0" distB="0" distL="0" distR="0" wp14:anchorId="042694C4" wp14:editId="60F4EC65">
            <wp:extent cx="5731510" cy="3390900"/>
            <wp:effectExtent l="0" t="0" r="2540" b="0"/>
            <wp:docPr id="17698120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12066" name="Picture 1" descr="A screenshot of a computer&#10;&#10;AI-generated content may be incorrect."/>
                    <pic:cNvPicPr/>
                  </pic:nvPicPr>
                  <pic:blipFill>
                    <a:blip r:embed="rId15"/>
                    <a:stretch>
                      <a:fillRect/>
                    </a:stretch>
                  </pic:blipFill>
                  <pic:spPr>
                    <a:xfrm>
                      <a:off x="0" y="0"/>
                      <a:ext cx="5731510" cy="3390900"/>
                    </a:xfrm>
                    <a:prstGeom prst="rect">
                      <a:avLst/>
                    </a:prstGeom>
                  </pic:spPr>
                </pic:pic>
              </a:graphicData>
            </a:graphic>
          </wp:inline>
        </w:drawing>
      </w:r>
    </w:p>
    <w:p w14:paraId="152AF88A" w14:textId="77777777" w:rsidR="00585026" w:rsidRDefault="00585026" w:rsidP="00585026"/>
    <w:p w14:paraId="2C8D709E" w14:textId="77777777" w:rsidR="00585026" w:rsidRDefault="00585026" w:rsidP="00585026"/>
    <w:p w14:paraId="492636DD" w14:textId="77777777" w:rsidR="00585026" w:rsidRDefault="00585026" w:rsidP="00585026"/>
    <w:p w14:paraId="5A13917A" w14:textId="77777777" w:rsidR="00585026" w:rsidRDefault="00585026" w:rsidP="00585026"/>
    <w:p w14:paraId="3BC0E351" w14:textId="77777777" w:rsidR="00585026" w:rsidRPr="007B53B7" w:rsidRDefault="00585026" w:rsidP="00585026">
      <w:r w:rsidRPr="007B53B7">
        <w:br/>
      </w:r>
    </w:p>
    <w:p w14:paraId="71DD66C6" w14:textId="77777777" w:rsidR="00585026" w:rsidRPr="0026261B" w:rsidRDefault="00585026" w:rsidP="00585026">
      <w:pPr>
        <w:pStyle w:val="Heading1"/>
      </w:pPr>
    </w:p>
    <w:p w14:paraId="55BCBDA7" w14:textId="77777777" w:rsidR="00585026" w:rsidRPr="00585026" w:rsidRDefault="00585026" w:rsidP="00585026">
      <w:pPr>
        <w:pStyle w:val="ListParagraph"/>
        <w:numPr>
          <w:ilvl w:val="0"/>
          <w:numId w:val="17"/>
        </w:numPr>
        <w:spacing w:after="0" w:line="240" w:lineRule="auto"/>
        <w:rPr>
          <w:b/>
          <w:bCs/>
          <w:lang w:val="nl-NL"/>
        </w:rPr>
      </w:pPr>
      <w:proofErr w:type="spellStart"/>
      <w:r w:rsidRPr="00585026">
        <w:rPr>
          <w:b/>
          <w:bCs/>
          <w:lang w:val="nl-NL"/>
        </w:rPr>
        <w:t>XML-bestand</w:t>
      </w:r>
      <w:proofErr w:type="spellEnd"/>
      <w:r w:rsidRPr="00585026">
        <w:rPr>
          <w:b/>
          <w:bCs/>
          <w:lang w:val="nl-NL"/>
        </w:rPr>
        <w:t xml:space="preserve"> met </w:t>
      </w:r>
      <w:proofErr w:type="spellStart"/>
      <w:r w:rsidRPr="00585026">
        <w:rPr>
          <w:b/>
          <w:bCs/>
          <w:lang w:val="nl-NL"/>
        </w:rPr>
        <w:t>XML-bestand</w:t>
      </w:r>
      <w:proofErr w:type="spellEnd"/>
      <w:r w:rsidRPr="00585026">
        <w:rPr>
          <w:b/>
          <w:bCs/>
          <w:lang w:val="nl-NL"/>
        </w:rPr>
        <w:t xml:space="preserve"> en </w:t>
      </w:r>
      <w:proofErr w:type="spellStart"/>
      <w:r w:rsidRPr="00585026">
        <w:rPr>
          <w:b/>
          <w:bCs/>
          <w:lang w:val="nl-NL"/>
        </w:rPr>
        <w:t>bedrijfnaam</w:t>
      </w:r>
      <w:proofErr w:type="spellEnd"/>
    </w:p>
    <w:p w14:paraId="44C49618" w14:textId="77777777" w:rsidR="00585026" w:rsidRPr="00585026" w:rsidRDefault="00585026" w:rsidP="00585026">
      <w:pPr>
        <w:rPr>
          <w:b/>
          <w:bCs/>
          <w:lang w:val="nl-NL"/>
        </w:rPr>
      </w:pPr>
    </w:p>
    <w:p w14:paraId="44BEFC2C" w14:textId="77777777" w:rsidR="00585026" w:rsidRPr="00585026" w:rsidRDefault="00585026" w:rsidP="00585026">
      <w:pPr>
        <w:rPr>
          <w:b/>
          <w:bCs/>
          <w:lang w:val="nl-NL"/>
        </w:rPr>
      </w:pPr>
    </w:p>
    <w:p w14:paraId="6DDCFB93" w14:textId="77777777" w:rsidR="00585026" w:rsidRPr="00585026" w:rsidRDefault="00585026" w:rsidP="00585026">
      <w:pPr>
        <w:ind w:left="720"/>
        <w:rPr>
          <w:lang w:val="nl-NL"/>
        </w:rPr>
      </w:pPr>
      <w:r w:rsidRPr="00585026">
        <w:rPr>
          <w:b/>
          <w:bCs/>
          <w:lang w:val="nl-NL"/>
        </w:rPr>
        <w:t>b)</w:t>
      </w:r>
      <w:r w:rsidRPr="00585026">
        <w:rPr>
          <w:lang w:val="nl-NL"/>
        </w:rPr>
        <w:t xml:space="preserve">Pas de </w:t>
      </w:r>
      <w:proofErr w:type="spellStart"/>
      <w:r w:rsidRPr="00585026">
        <w:rPr>
          <w:lang w:val="nl-NL"/>
        </w:rPr>
        <w:t>XML-file</w:t>
      </w:r>
      <w:proofErr w:type="spellEnd"/>
      <w:r w:rsidRPr="00585026">
        <w:rPr>
          <w:lang w:val="nl-NL"/>
        </w:rPr>
        <w:t xml:space="preserve"> zodanig aan dat </w:t>
      </w:r>
    </w:p>
    <w:p w14:paraId="51AC1D34" w14:textId="77777777" w:rsidR="00585026" w:rsidRPr="00585026" w:rsidRDefault="00585026" w:rsidP="00585026">
      <w:pPr>
        <w:pStyle w:val="ListParagraph"/>
        <w:numPr>
          <w:ilvl w:val="0"/>
          <w:numId w:val="16"/>
        </w:numPr>
        <w:spacing w:after="0" w:line="240" w:lineRule="auto"/>
        <w:rPr>
          <w:lang w:val="nl-NL"/>
        </w:rPr>
      </w:pPr>
      <w:r w:rsidRPr="00585026">
        <w:rPr>
          <w:lang w:val="nl-NL"/>
        </w:rPr>
        <w:t xml:space="preserve">alleen </w:t>
      </w:r>
      <w:proofErr w:type="spellStart"/>
      <w:r w:rsidRPr="00585026">
        <w:rPr>
          <w:lang w:val="nl-NL"/>
        </w:rPr>
        <w:t>XML-bestand</w:t>
      </w:r>
      <w:proofErr w:type="spellEnd"/>
      <w:r w:rsidRPr="00585026">
        <w:rPr>
          <w:lang w:val="nl-NL"/>
        </w:rPr>
        <w:t xml:space="preserve"> wordt geïnstalleerd (alle andere applicaties dus </w:t>
      </w:r>
      <w:proofErr w:type="spellStart"/>
      <w:r w:rsidRPr="00585026">
        <w:rPr>
          <w:lang w:val="nl-NL"/>
        </w:rPr>
        <w:t>excluden</w:t>
      </w:r>
      <w:proofErr w:type="spellEnd"/>
      <w:r w:rsidRPr="00585026">
        <w:rPr>
          <w:lang w:val="nl-NL"/>
        </w:rPr>
        <w:t>)</w:t>
      </w:r>
    </w:p>
    <w:p w14:paraId="52E935D2" w14:textId="77777777" w:rsidR="00585026" w:rsidRPr="000A100D" w:rsidRDefault="00585026" w:rsidP="00585026">
      <w:pPr>
        <w:pStyle w:val="ListParagraph"/>
        <w:numPr>
          <w:ilvl w:val="0"/>
          <w:numId w:val="16"/>
        </w:numPr>
        <w:spacing w:after="0" w:line="240" w:lineRule="auto"/>
      </w:pPr>
      <w:r w:rsidRPr="000A100D">
        <w:t xml:space="preserve">de </w:t>
      </w:r>
      <w:proofErr w:type="spellStart"/>
      <w:r w:rsidRPr="000A100D">
        <w:t>Duitse</w:t>
      </w:r>
      <w:proofErr w:type="spellEnd"/>
      <w:r w:rsidRPr="000A100D">
        <w:t xml:space="preserve"> </w:t>
      </w:r>
      <w:proofErr w:type="spellStart"/>
      <w:r w:rsidRPr="000A100D">
        <w:t>spellingscontrole</w:t>
      </w:r>
      <w:proofErr w:type="spellEnd"/>
      <w:r w:rsidRPr="000A100D">
        <w:t xml:space="preserve"> </w:t>
      </w:r>
      <w:proofErr w:type="spellStart"/>
      <w:r w:rsidRPr="000A100D">
        <w:t>geïnstalleerd</w:t>
      </w:r>
      <w:proofErr w:type="spellEnd"/>
      <w:r w:rsidRPr="000A100D">
        <w:t xml:space="preserve"> </w:t>
      </w:r>
      <w:proofErr w:type="spellStart"/>
      <w:r w:rsidRPr="000A100D">
        <w:t>wordt</w:t>
      </w:r>
      <w:proofErr w:type="spellEnd"/>
    </w:p>
    <w:p w14:paraId="57C2A2A3" w14:textId="77777777" w:rsidR="00585026" w:rsidRPr="00585026" w:rsidRDefault="00585026" w:rsidP="00585026">
      <w:pPr>
        <w:pStyle w:val="ListParagraph"/>
        <w:numPr>
          <w:ilvl w:val="0"/>
          <w:numId w:val="16"/>
        </w:numPr>
        <w:spacing w:after="0" w:line="240" w:lineRule="auto"/>
        <w:rPr>
          <w:lang w:val="nl-NL"/>
        </w:rPr>
      </w:pPr>
      <w:r w:rsidRPr="00585026">
        <w:rPr>
          <w:lang w:val="nl-NL"/>
        </w:rPr>
        <w:t>de bedrijfsnaam binnen Office wordt aangepast naar “</w:t>
      </w:r>
      <w:proofErr w:type="spellStart"/>
      <w:r w:rsidRPr="00585026">
        <w:rPr>
          <w:lang w:val="nl-NL"/>
        </w:rPr>
        <w:t>FalconOwl</w:t>
      </w:r>
      <w:proofErr w:type="spellEnd"/>
      <w:r w:rsidRPr="00585026">
        <w:rPr>
          <w:lang w:val="nl-NL"/>
        </w:rPr>
        <w:t>”</w:t>
      </w:r>
    </w:p>
    <w:p w14:paraId="60E62FE3" w14:textId="77777777" w:rsidR="00585026" w:rsidRPr="00585026" w:rsidRDefault="00585026" w:rsidP="00585026">
      <w:pPr>
        <w:rPr>
          <w:lang w:val="nl-NL"/>
        </w:rPr>
      </w:pPr>
    </w:p>
    <w:p w14:paraId="79C80E26" w14:textId="77777777" w:rsidR="00585026" w:rsidRPr="00585026" w:rsidRDefault="00585026" w:rsidP="00585026">
      <w:pPr>
        <w:rPr>
          <w:lang w:val="nl-NL"/>
        </w:rPr>
      </w:pPr>
    </w:p>
    <w:p w14:paraId="0AD3BD39" w14:textId="77777777" w:rsidR="00585026" w:rsidRPr="00585026" w:rsidRDefault="00585026" w:rsidP="00585026">
      <w:pPr>
        <w:rPr>
          <w:lang w:val="nl-NL"/>
        </w:rPr>
      </w:pPr>
    </w:p>
    <w:p w14:paraId="780ED918" w14:textId="77777777" w:rsidR="00585026" w:rsidRPr="00585026" w:rsidRDefault="00585026" w:rsidP="00585026">
      <w:pPr>
        <w:rPr>
          <w:lang w:val="nl-NL"/>
        </w:rPr>
      </w:pPr>
    </w:p>
    <w:p w14:paraId="6CAB600F" w14:textId="77777777" w:rsidR="00585026" w:rsidRDefault="00585026" w:rsidP="00585026">
      <w:r w:rsidRPr="00960F77">
        <w:rPr>
          <w:noProof/>
        </w:rPr>
        <w:drawing>
          <wp:inline distT="0" distB="0" distL="0" distR="0" wp14:anchorId="60DD8C10" wp14:editId="2F1DBB87">
            <wp:extent cx="5731510" cy="2442210"/>
            <wp:effectExtent l="0" t="0" r="2540" b="0"/>
            <wp:docPr id="16731167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6772" name="Picture 1" descr="A screenshot of a computer&#10;&#10;AI-generated content may be incorrect."/>
                    <pic:cNvPicPr/>
                  </pic:nvPicPr>
                  <pic:blipFill>
                    <a:blip r:embed="rId16"/>
                    <a:stretch>
                      <a:fillRect/>
                    </a:stretch>
                  </pic:blipFill>
                  <pic:spPr>
                    <a:xfrm>
                      <a:off x="0" y="0"/>
                      <a:ext cx="5731510" cy="2442210"/>
                    </a:xfrm>
                    <a:prstGeom prst="rect">
                      <a:avLst/>
                    </a:prstGeom>
                  </pic:spPr>
                </pic:pic>
              </a:graphicData>
            </a:graphic>
          </wp:inline>
        </w:drawing>
      </w:r>
    </w:p>
    <w:p w14:paraId="0591007C" w14:textId="77777777" w:rsidR="00585026" w:rsidRDefault="00585026" w:rsidP="00585026"/>
    <w:p w14:paraId="26CC5137" w14:textId="77777777" w:rsidR="00585026" w:rsidRPr="00C7670A" w:rsidRDefault="00585026" w:rsidP="00585026">
      <w:r w:rsidRPr="00C7670A">
        <w:t>&lt;Configuration ID="f135c89b-846c-45dc-8e77-3580387dbea6"&gt;</w:t>
      </w:r>
    </w:p>
    <w:p w14:paraId="07547F5A" w14:textId="77777777" w:rsidR="00585026" w:rsidRPr="00C7670A" w:rsidRDefault="00585026" w:rsidP="00585026">
      <w:r w:rsidRPr="00C7670A">
        <w:t>&lt;Info Description="Test configuration"/&gt;</w:t>
      </w:r>
    </w:p>
    <w:p w14:paraId="4FA66767" w14:textId="77777777" w:rsidR="00585026" w:rsidRPr="00C7670A" w:rsidRDefault="00585026" w:rsidP="00585026">
      <w:r w:rsidRPr="00C7670A">
        <w:t xml:space="preserve">&lt;Add </w:t>
      </w:r>
      <w:proofErr w:type="spellStart"/>
      <w:r w:rsidRPr="00C7670A">
        <w:t>OfficeClientEdition</w:t>
      </w:r>
      <w:proofErr w:type="spellEnd"/>
      <w:r w:rsidRPr="00C7670A">
        <w:t>="64" Channel="PerpetualVL2019"&gt;</w:t>
      </w:r>
    </w:p>
    <w:p w14:paraId="3DD9ADBD" w14:textId="77777777" w:rsidR="00585026" w:rsidRPr="00C7670A" w:rsidRDefault="00585026" w:rsidP="00585026">
      <w:r w:rsidRPr="00C7670A">
        <w:t>&lt;Product ID="ProPlus2019Volume" PIDKEY="NMMKJ-6RK4F-KMJVX-8D9MJ-6MWKP"&gt;</w:t>
      </w:r>
    </w:p>
    <w:p w14:paraId="62EB04E6" w14:textId="77777777" w:rsidR="00585026" w:rsidRPr="00C7670A" w:rsidRDefault="00585026" w:rsidP="00585026">
      <w:r w:rsidRPr="00C7670A">
        <w:t>&lt;Language ID="</w:t>
      </w:r>
      <w:proofErr w:type="spellStart"/>
      <w:r w:rsidRPr="00C7670A">
        <w:t>nl-nl</w:t>
      </w:r>
      <w:proofErr w:type="spellEnd"/>
      <w:r w:rsidRPr="00C7670A">
        <w:t>"/&gt;</w:t>
      </w:r>
    </w:p>
    <w:p w14:paraId="6D27D234" w14:textId="77777777" w:rsidR="00585026" w:rsidRPr="006E46E6" w:rsidRDefault="00585026" w:rsidP="00585026">
      <w:pPr>
        <w:rPr>
          <w:color w:val="FF0000"/>
        </w:rPr>
      </w:pPr>
      <w:r w:rsidRPr="006E46E6">
        <w:rPr>
          <w:color w:val="FF0000"/>
        </w:rPr>
        <w:t>&lt;</w:t>
      </w:r>
      <w:proofErr w:type="spellStart"/>
      <w:r w:rsidRPr="006E46E6">
        <w:rPr>
          <w:color w:val="FF0000"/>
        </w:rPr>
        <w:t>ExcludeApp</w:t>
      </w:r>
      <w:proofErr w:type="spellEnd"/>
      <w:r w:rsidRPr="006E46E6">
        <w:rPr>
          <w:color w:val="FF0000"/>
        </w:rPr>
        <w:t xml:space="preserve"> ID="Access"/&gt;</w:t>
      </w:r>
    </w:p>
    <w:p w14:paraId="2BB80F40" w14:textId="77777777" w:rsidR="00585026" w:rsidRPr="006E46E6" w:rsidRDefault="00585026" w:rsidP="00585026">
      <w:pPr>
        <w:rPr>
          <w:color w:val="FF0000"/>
        </w:rPr>
      </w:pPr>
      <w:r w:rsidRPr="006E46E6">
        <w:rPr>
          <w:color w:val="FF0000"/>
        </w:rPr>
        <w:t>&lt;</w:t>
      </w:r>
      <w:proofErr w:type="spellStart"/>
      <w:r w:rsidRPr="006E46E6">
        <w:rPr>
          <w:color w:val="FF0000"/>
        </w:rPr>
        <w:t>ExcludeApp</w:t>
      </w:r>
      <w:proofErr w:type="spellEnd"/>
      <w:r w:rsidRPr="006E46E6">
        <w:rPr>
          <w:color w:val="FF0000"/>
        </w:rPr>
        <w:t xml:space="preserve"> ID="Groove"/&gt;</w:t>
      </w:r>
    </w:p>
    <w:p w14:paraId="4F2DD58D" w14:textId="77777777" w:rsidR="00585026" w:rsidRPr="006E46E6" w:rsidRDefault="00585026" w:rsidP="00585026">
      <w:pPr>
        <w:rPr>
          <w:color w:val="FF0000"/>
        </w:rPr>
      </w:pPr>
      <w:r w:rsidRPr="006E46E6">
        <w:rPr>
          <w:color w:val="FF0000"/>
        </w:rPr>
        <w:t>&lt;</w:t>
      </w:r>
      <w:proofErr w:type="spellStart"/>
      <w:r w:rsidRPr="006E46E6">
        <w:rPr>
          <w:color w:val="FF0000"/>
        </w:rPr>
        <w:t>ExcludeApp</w:t>
      </w:r>
      <w:proofErr w:type="spellEnd"/>
      <w:r w:rsidRPr="006E46E6">
        <w:rPr>
          <w:color w:val="FF0000"/>
        </w:rPr>
        <w:t xml:space="preserve"> ID="Lync"/&gt;</w:t>
      </w:r>
    </w:p>
    <w:p w14:paraId="2C66711E" w14:textId="77777777" w:rsidR="00585026" w:rsidRPr="006E46E6" w:rsidRDefault="00585026" w:rsidP="00585026">
      <w:pPr>
        <w:rPr>
          <w:color w:val="FF0000"/>
        </w:rPr>
      </w:pPr>
      <w:r w:rsidRPr="006E46E6">
        <w:rPr>
          <w:color w:val="FF0000"/>
        </w:rPr>
        <w:t>&lt;</w:t>
      </w:r>
      <w:proofErr w:type="spellStart"/>
      <w:r w:rsidRPr="006E46E6">
        <w:rPr>
          <w:color w:val="FF0000"/>
        </w:rPr>
        <w:t>ExcludeApp</w:t>
      </w:r>
      <w:proofErr w:type="spellEnd"/>
      <w:r w:rsidRPr="006E46E6">
        <w:rPr>
          <w:color w:val="FF0000"/>
        </w:rPr>
        <w:t xml:space="preserve"> ID="OneDrive"/&gt;</w:t>
      </w:r>
    </w:p>
    <w:p w14:paraId="710E5F24" w14:textId="77777777" w:rsidR="00585026" w:rsidRPr="006E46E6" w:rsidRDefault="00585026" w:rsidP="00585026">
      <w:pPr>
        <w:rPr>
          <w:color w:val="FF0000"/>
        </w:rPr>
      </w:pPr>
      <w:r w:rsidRPr="006E46E6">
        <w:rPr>
          <w:color w:val="FF0000"/>
        </w:rPr>
        <w:t>&lt;</w:t>
      </w:r>
      <w:proofErr w:type="spellStart"/>
      <w:r w:rsidRPr="006E46E6">
        <w:rPr>
          <w:color w:val="FF0000"/>
        </w:rPr>
        <w:t>ExcludeApp</w:t>
      </w:r>
      <w:proofErr w:type="spellEnd"/>
      <w:r w:rsidRPr="006E46E6">
        <w:rPr>
          <w:color w:val="FF0000"/>
        </w:rPr>
        <w:t xml:space="preserve"> ID="OneNote"/&gt;</w:t>
      </w:r>
    </w:p>
    <w:p w14:paraId="4F64E0B6" w14:textId="77777777" w:rsidR="00585026" w:rsidRPr="006E46E6" w:rsidRDefault="00585026" w:rsidP="00585026">
      <w:pPr>
        <w:rPr>
          <w:color w:val="FF0000"/>
        </w:rPr>
      </w:pPr>
      <w:r w:rsidRPr="006E46E6">
        <w:rPr>
          <w:color w:val="FF0000"/>
        </w:rPr>
        <w:t>&lt;</w:t>
      </w:r>
      <w:proofErr w:type="spellStart"/>
      <w:r w:rsidRPr="006E46E6">
        <w:rPr>
          <w:color w:val="FF0000"/>
        </w:rPr>
        <w:t>ExcludeApp</w:t>
      </w:r>
      <w:proofErr w:type="spellEnd"/>
      <w:r w:rsidRPr="006E46E6">
        <w:rPr>
          <w:color w:val="FF0000"/>
        </w:rPr>
        <w:t xml:space="preserve"> ID="Outlook"/&gt;</w:t>
      </w:r>
    </w:p>
    <w:p w14:paraId="6C0D910A" w14:textId="77777777" w:rsidR="00585026" w:rsidRPr="006E46E6" w:rsidRDefault="00585026" w:rsidP="00585026">
      <w:pPr>
        <w:rPr>
          <w:color w:val="FF0000"/>
        </w:rPr>
      </w:pPr>
      <w:r w:rsidRPr="006E46E6">
        <w:rPr>
          <w:color w:val="FF0000"/>
        </w:rPr>
        <w:t>&lt;</w:t>
      </w:r>
      <w:proofErr w:type="spellStart"/>
      <w:r w:rsidRPr="006E46E6">
        <w:rPr>
          <w:color w:val="FF0000"/>
        </w:rPr>
        <w:t>ExcludeApp</w:t>
      </w:r>
      <w:proofErr w:type="spellEnd"/>
      <w:r w:rsidRPr="006E46E6">
        <w:rPr>
          <w:color w:val="FF0000"/>
        </w:rPr>
        <w:t xml:space="preserve"> ID="PowerPoint"/&gt;</w:t>
      </w:r>
    </w:p>
    <w:p w14:paraId="5F820E30" w14:textId="77777777" w:rsidR="00585026" w:rsidRPr="00C7670A" w:rsidRDefault="00585026" w:rsidP="00585026">
      <w:r w:rsidRPr="006E46E6">
        <w:rPr>
          <w:color w:val="FF0000"/>
        </w:rPr>
        <w:t>&lt;</w:t>
      </w:r>
      <w:proofErr w:type="spellStart"/>
      <w:r w:rsidRPr="006E46E6">
        <w:rPr>
          <w:color w:val="FF0000"/>
        </w:rPr>
        <w:t>ExcludeApp</w:t>
      </w:r>
      <w:proofErr w:type="spellEnd"/>
      <w:r w:rsidRPr="006E46E6">
        <w:rPr>
          <w:color w:val="FF0000"/>
        </w:rPr>
        <w:t xml:space="preserve"> ID="Publisher"/&gt;</w:t>
      </w:r>
    </w:p>
    <w:p w14:paraId="1B673476" w14:textId="77777777" w:rsidR="00585026" w:rsidRPr="00C7670A" w:rsidRDefault="00585026" w:rsidP="00585026">
      <w:r w:rsidRPr="00C7670A">
        <w:t>&lt;/Product&gt;</w:t>
      </w:r>
    </w:p>
    <w:p w14:paraId="6154515B" w14:textId="77777777" w:rsidR="00585026" w:rsidRPr="00C7670A" w:rsidRDefault="00585026" w:rsidP="00585026">
      <w:r w:rsidRPr="00C7670A">
        <w:lastRenderedPageBreak/>
        <w:t>&lt;/Add&gt;</w:t>
      </w:r>
    </w:p>
    <w:p w14:paraId="7AC1FCA0" w14:textId="77777777" w:rsidR="00585026" w:rsidRPr="00C7670A" w:rsidRDefault="00585026" w:rsidP="00585026">
      <w:r w:rsidRPr="00C7670A">
        <w:t>&lt;Property Name="</w:t>
      </w:r>
      <w:proofErr w:type="spellStart"/>
      <w:r w:rsidRPr="00C7670A">
        <w:t>SharedComputerLicensing</w:t>
      </w:r>
      <w:proofErr w:type="spellEnd"/>
      <w:r w:rsidRPr="00C7670A">
        <w:t>" Value="0"/&gt;</w:t>
      </w:r>
    </w:p>
    <w:p w14:paraId="7F058DE4" w14:textId="77777777" w:rsidR="00585026" w:rsidRPr="00C7670A" w:rsidRDefault="00585026" w:rsidP="00585026">
      <w:r w:rsidRPr="00C7670A">
        <w:t>&lt;Property Name="FORCEAPPSHUTDOWN" Value="FALSE"/&gt;</w:t>
      </w:r>
    </w:p>
    <w:p w14:paraId="13216921" w14:textId="77777777" w:rsidR="00585026" w:rsidRPr="00C7670A" w:rsidRDefault="00585026" w:rsidP="00585026">
      <w:r w:rsidRPr="00C7670A">
        <w:t>&lt;Property Name="</w:t>
      </w:r>
      <w:proofErr w:type="spellStart"/>
      <w:r w:rsidRPr="00C7670A">
        <w:t>DeviceBasedLicensing</w:t>
      </w:r>
      <w:proofErr w:type="spellEnd"/>
      <w:r w:rsidRPr="00C7670A">
        <w:t>" Value="0"/&gt;</w:t>
      </w:r>
    </w:p>
    <w:p w14:paraId="03CACFDD" w14:textId="77777777" w:rsidR="00585026" w:rsidRPr="00C7670A" w:rsidRDefault="00585026" w:rsidP="00585026">
      <w:r w:rsidRPr="00C7670A">
        <w:t>&lt;Property Name="</w:t>
      </w:r>
      <w:proofErr w:type="spellStart"/>
      <w:r w:rsidRPr="00C7670A">
        <w:t>SCLCacheOverride</w:t>
      </w:r>
      <w:proofErr w:type="spellEnd"/>
      <w:r w:rsidRPr="00C7670A">
        <w:t>" Value="0"/&gt;</w:t>
      </w:r>
    </w:p>
    <w:p w14:paraId="1694FF98" w14:textId="77777777" w:rsidR="00585026" w:rsidRPr="00C7670A" w:rsidRDefault="00585026" w:rsidP="00585026">
      <w:r w:rsidRPr="00C7670A">
        <w:t>&lt;Property Name="AUTOACTIVATE" Value="1"/&gt;</w:t>
      </w:r>
    </w:p>
    <w:p w14:paraId="6D1E276F" w14:textId="77777777" w:rsidR="00585026" w:rsidRPr="00C7670A" w:rsidRDefault="00585026" w:rsidP="00585026">
      <w:r w:rsidRPr="00C7670A">
        <w:t>&lt;Updates Enabled="TRUE"/&gt;</w:t>
      </w:r>
    </w:p>
    <w:p w14:paraId="38DBB686" w14:textId="77777777" w:rsidR="00585026" w:rsidRPr="00C7670A" w:rsidRDefault="00585026" w:rsidP="00585026">
      <w:r w:rsidRPr="00C7670A">
        <w:t>&lt;</w:t>
      </w:r>
      <w:proofErr w:type="spellStart"/>
      <w:r w:rsidRPr="00C7670A">
        <w:t>RemoveMSI</w:t>
      </w:r>
      <w:proofErr w:type="spellEnd"/>
      <w:r w:rsidRPr="00C7670A">
        <w:t>/&gt;</w:t>
      </w:r>
    </w:p>
    <w:p w14:paraId="5FF60D6B" w14:textId="77777777" w:rsidR="00585026" w:rsidRPr="00C7670A" w:rsidRDefault="00585026" w:rsidP="00585026">
      <w:r w:rsidRPr="00C7670A">
        <w:t>&lt;</w:t>
      </w:r>
      <w:proofErr w:type="spellStart"/>
      <w:r w:rsidRPr="00C7670A">
        <w:t>AppSettings</w:t>
      </w:r>
      <w:proofErr w:type="spellEnd"/>
      <w:r w:rsidRPr="00C7670A">
        <w:t>&gt;</w:t>
      </w:r>
    </w:p>
    <w:p w14:paraId="7D6D9A6F" w14:textId="77777777" w:rsidR="00585026" w:rsidRPr="006E46E6" w:rsidRDefault="00585026" w:rsidP="00585026">
      <w:pPr>
        <w:rPr>
          <w:color w:val="FF0000"/>
        </w:rPr>
      </w:pPr>
      <w:r w:rsidRPr="006E46E6">
        <w:rPr>
          <w:color w:val="FF0000"/>
        </w:rPr>
        <w:t>&lt;Setup Name="Company" Value="</w:t>
      </w:r>
      <w:proofErr w:type="spellStart"/>
      <w:r w:rsidRPr="006E46E6">
        <w:rPr>
          <w:color w:val="FF0000"/>
        </w:rPr>
        <w:t>FalconOwl</w:t>
      </w:r>
      <w:proofErr w:type="spellEnd"/>
      <w:r w:rsidRPr="006E46E6">
        <w:rPr>
          <w:color w:val="FF0000"/>
        </w:rPr>
        <w:t>"/&gt;</w:t>
      </w:r>
    </w:p>
    <w:p w14:paraId="70CA88FC" w14:textId="77777777" w:rsidR="00585026" w:rsidRPr="00C7670A" w:rsidRDefault="00585026" w:rsidP="00585026">
      <w:r w:rsidRPr="00C7670A">
        <w:t>&lt;User Key="software\</w:t>
      </w:r>
      <w:proofErr w:type="spellStart"/>
      <w:r w:rsidRPr="00C7670A">
        <w:t>microsoft</w:t>
      </w:r>
      <w:proofErr w:type="spellEnd"/>
      <w:r w:rsidRPr="00C7670A">
        <w:t>\office\16.0\excel\options" Name="</w:t>
      </w:r>
      <w:proofErr w:type="spellStart"/>
      <w:r w:rsidRPr="00C7670A">
        <w:t>defaultformat</w:t>
      </w:r>
      <w:proofErr w:type="spellEnd"/>
      <w:r w:rsidRPr="00C7670A">
        <w:t>" Value="51" Type="REG_DWORD" App="excel16" Id="</w:t>
      </w:r>
      <w:proofErr w:type="spellStart"/>
      <w:r w:rsidRPr="00C7670A">
        <w:t>L_SaveExcelfilesas</w:t>
      </w:r>
      <w:proofErr w:type="spellEnd"/>
      <w:r w:rsidRPr="00C7670A">
        <w:t>"/&gt;</w:t>
      </w:r>
    </w:p>
    <w:p w14:paraId="24F624B5" w14:textId="77777777" w:rsidR="00585026" w:rsidRPr="00C7670A" w:rsidRDefault="00585026" w:rsidP="00585026">
      <w:r w:rsidRPr="00C7670A">
        <w:t>&lt;User Key="software\</w:t>
      </w:r>
      <w:proofErr w:type="spellStart"/>
      <w:r w:rsidRPr="00C7670A">
        <w:t>microsoft</w:t>
      </w:r>
      <w:proofErr w:type="spellEnd"/>
      <w:r w:rsidRPr="00C7670A">
        <w:t>\office\16.0\</w:t>
      </w:r>
      <w:proofErr w:type="spellStart"/>
      <w:r w:rsidRPr="00C7670A">
        <w:t>powerpoint</w:t>
      </w:r>
      <w:proofErr w:type="spellEnd"/>
      <w:r w:rsidRPr="00C7670A">
        <w:t>\options" Name="</w:t>
      </w:r>
      <w:proofErr w:type="spellStart"/>
      <w:r w:rsidRPr="00C7670A">
        <w:t>defaultformat</w:t>
      </w:r>
      <w:proofErr w:type="spellEnd"/>
      <w:r w:rsidRPr="00C7670A">
        <w:t>" Value="27" Type="REG_DWORD" App="ppt16" Id="</w:t>
      </w:r>
      <w:proofErr w:type="spellStart"/>
      <w:r w:rsidRPr="00C7670A">
        <w:t>L_SavePowerPointfilesas</w:t>
      </w:r>
      <w:proofErr w:type="spellEnd"/>
      <w:r w:rsidRPr="00C7670A">
        <w:t>"/&gt;</w:t>
      </w:r>
    </w:p>
    <w:p w14:paraId="11EB02A8" w14:textId="77777777" w:rsidR="00585026" w:rsidRPr="00C7670A" w:rsidRDefault="00585026" w:rsidP="00585026">
      <w:r w:rsidRPr="00C7670A">
        <w:t>&lt;User Key="software\</w:t>
      </w:r>
      <w:proofErr w:type="spellStart"/>
      <w:r w:rsidRPr="00C7670A">
        <w:t>microsoft</w:t>
      </w:r>
      <w:proofErr w:type="spellEnd"/>
      <w:r w:rsidRPr="00C7670A">
        <w:t>\office\16.0\word\options" Name="</w:t>
      </w:r>
      <w:proofErr w:type="spellStart"/>
      <w:r w:rsidRPr="00C7670A">
        <w:t>defaultformat</w:t>
      </w:r>
      <w:proofErr w:type="spellEnd"/>
      <w:r w:rsidRPr="00C7670A">
        <w:t>" Value="" Type="REG_SZ" App="word16" Id="</w:t>
      </w:r>
      <w:proofErr w:type="spellStart"/>
      <w:r w:rsidRPr="00C7670A">
        <w:t>L_SaveWordfilesas</w:t>
      </w:r>
      <w:proofErr w:type="spellEnd"/>
      <w:r w:rsidRPr="00C7670A">
        <w:t>"/&gt;</w:t>
      </w:r>
    </w:p>
    <w:p w14:paraId="7FD1A4C5" w14:textId="77777777" w:rsidR="00585026" w:rsidRDefault="00585026" w:rsidP="00585026">
      <w:r>
        <w:t>&lt;/</w:t>
      </w:r>
      <w:proofErr w:type="spellStart"/>
      <w:r>
        <w:t>AppSettings</w:t>
      </w:r>
      <w:proofErr w:type="spellEnd"/>
      <w:r>
        <w:t>&gt;</w:t>
      </w:r>
    </w:p>
    <w:p w14:paraId="28AB0D2F" w14:textId="77777777" w:rsidR="00585026" w:rsidRDefault="00585026" w:rsidP="00585026">
      <w:r>
        <w:t>&lt;/Configuration&gt;</w:t>
      </w:r>
    </w:p>
    <w:p w14:paraId="4525820A" w14:textId="77777777" w:rsidR="00585026" w:rsidRDefault="00585026" w:rsidP="00585026"/>
    <w:p w14:paraId="4AFA9BCA" w14:textId="77777777" w:rsidR="00585026" w:rsidRDefault="00585026" w:rsidP="00585026"/>
    <w:p w14:paraId="0B376C47" w14:textId="77777777" w:rsidR="00585026" w:rsidRDefault="00585026" w:rsidP="00585026"/>
    <w:p w14:paraId="684195BD" w14:textId="77777777" w:rsidR="00585026" w:rsidRDefault="00585026" w:rsidP="00585026"/>
    <w:p w14:paraId="371A6B79" w14:textId="77777777" w:rsidR="00585026" w:rsidRDefault="00585026" w:rsidP="00585026"/>
    <w:p w14:paraId="0B99C572" w14:textId="77777777" w:rsidR="00585026" w:rsidRDefault="00585026" w:rsidP="00585026"/>
    <w:p w14:paraId="25385AA4" w14:textId="77777777" w:rsidR="00585026" w:rsidRDefault="00585026" w:rsidP="00585026"/>
    <w:p w14:paraId="7DFA1034" w14:textId="77777777" w:rsidR="00585026" w:rsidRDefault="00585026" w:rsidP="00585026"/>
    <w:p w14:paraId="7D4C97CB" w14:textId="77777777" w:rsidR="00585026" w:rsidRDefault="00585026" w:rsidP="00585026"/>
    <w:p w14:paraId="7E683F27" w14:textId="77777777" w:rsidR="00585026" w:rsidRDefault="00585026" w:rsidP="00585026"/>
    <w:p w14:paraId="004BB77A" w14:textId="77777777" w:rsidR="00585026" w:rsidRDefault="00585026" w:rsidP="00585026"/>
    <w:p w14:paraId="73CA83FB" w14:textId="77777777" w:rsidR="00585026" w:rsidRDefault="00585026" w:rsidP="00585026"/>
    <w:p w14:paraId="3B362B06" w14:textId="77777777" w:rsidR="00585026" w:rsidRDefault="00585026" w:rsidP="00585026"/>
    <w:p w14:paraId="281D4A31" w14:textId="77777777" w:rsidR="00585026" w:rsidRDefault="00585026" w:rsidP="00585026"/>
    <w:p w14:paraId="06B3F872" w14:textId="77777777" w:rsidR="00585026" w:rsidRDefault="00585026" w:rsidP="00585026"/>
    <w:p w14:paraId="414EDB32" w14:textId="77777777" w:rsidR="00585026" w:rsidRDefault="00585026" w:rsidP="00585026"/>
    <w:p w14:paraId="093BE655" w14:textId="77777777" w:rsidR="00585026" w:rsidRDefault="00585026" w:rsidP="00585026"/>
    <w:p w14:paraId="5A000433" w14:textId="77777777" w:rsidR="00585026" w:rsidRDefault="00585026" w:rsidP="00585026"/>
    <w:p w14:paraId="4DADF0A4" w14:textId="77777777" w:rsidR="00585026" w:rsidRDefault="00585026" w:rsidP="00585026"/>
    <w:p w14:paraId="24F5B4CC" w14:textId="77777777" w:rsidR="00585026" w:rsidRDefault="00585026" w:rsidP="00585026"/>
    <w:p w14:paraId="0125BB33" w14:textId="77777777" w:rsidR="00585026" w:rsidRDefault="00585026" w:rsidP="00585026"/>
    <w:p w14:paraId="1F8B32C6" w14:textId="77777777" w:rsidR="00585026" w:rsidRDefault="00585026" w:rsidP="00585026"/>
    <w:p w14:paraId="3A27A5F4" w14:textId="77777777" w:rsidR="00585026" w:rsidRDefault="00585026" w:rsidP="00585026"/>
    <w:p w14:paraId="1E1666AF" w14:textId="77777777" w:rsidR="00585026" w:rsidRDefault="00585026" w:rsidP="00585026"/>
    <w:p w14:paraId="5C6E0C0F" w14:textId="77777777" w:rsidR="00585026" w:rsidRDefault="00585026" w:rsidP="00585026"/>
    <w:p w14:paraId="04D1760B" w14:textId="77777777" w:rsidR="00585026" w:rsidRDefault="00585026" w:rsidP="00585026"/>
    <w:p w14:paraId="72AA2842" w14:textId="77777777" w:rsidR="00585026" w:rsidRDefault="00585026" w:rsidP="00585026"/>
    <w:p w14:paraId="04D768E3" w14:textId="77777777" w:rsidR="00585026" w:rsidRDefault="00585026" w:rsidP="00585026"/>
    <w:p w14:paraId="56DF7826" w14:textId="77777777" w:rsidR="00585026" w:rsidRDefault="00585026" w:rsidP="00585026"/>
    <w:p w14:paraId="56111FAC" w14:textId="77777777" w:rsidR="00585026" w:rsidRPr="007D03F1" w:rsidRDefault="00585026" w:rsidP="00585026">
      <w:pPr>
        <w:pStyle w:val="ListParagraph"/>
        <w:numPr>
          <w:ilvl w:val="0"/>
          <w:numId w:val="17"/>
        </w:numPr>
        <w:spacing w:after="0" w:line="240" w:lineRule="auto"/>
        <w:rPr>
          <w:b/>
          <w:bCs/>
        </w:rPr>
      </w:pPr>
      <w:r w:rsidRPr="007D03F1">
        <w:rPr>
          <w:b/>
          <w:bCs/>
        </w:rPr>
        <w:t xml:space="preserve"> </w:t>
      </w:r>
      <w:proofErr w:type="spellStart"/>
      <w:r w:rsidRPr="007D03F1">
        <w:rPr>
          <w:b/>
          <w:bCs/>
        </w:rPr>
        <w:t>Aangepaste</w:t>
      </w:r>
      <w:proofErr w:type="spellEnd"/>
      <w:r w:rsidRPr="007D03F1">
        <w:rPr>
          <w:b/>
          <w:bCs/>
        </w:rPr>
        <w:t xml:space="preserve"> </w:t>
      </w:r>
      <w:proofErr w:type="spellStart"/>
      <w:r w:rsidRPr="007D03F1">
        <w:rPr>
          <w:b/>
          <w:bCs/>
        </w:rPr>
        <w:t>batchfile</w:t>
      </w:r>
      <w:proofErr w:type="spellEnd"/>
      <w:r w:rsidRPr="007D03F1">
        <w:rPr>
          <w:b/>
          <w:bCs/>
        </w:rPr>
        <w:t xml:space="preserve"> (start-FalconOwl.bat):</w:t>
      </w:r>
    </w:p>
    <w:p w14:paraId="69F8E977" w14:textId="77777777" w:rsidR="00585026" w:rsidRPr="007B53B7" w:rsidRDefault="00585026" w:rsidP="00585026">
      <w:pPr>
        <w:ind w:left="360"/>
      </w:pPr>
    </w:p>
    <w:p w14:paraId="0D216E39" w14:textId="77777777" w:rsidR="00585026" w:rsidRPr="007B53B7" w:rsidRDefault="00585026" w:rsidP="00585026"/>
    <w:p w14:paraId="568E3B13" w14:textId="77777777" w:rsidR="00585026" w:rsidRDefault="00585026" w:rsidP="00585026">
      <w:pPr>
        <w:ind w:left="993"/>
        <w:rPr>
          <w:b/>
          <w:bCs/>
        </w:rPr>
      </w:pPr>
    </w:p>
    <w:p w14:paraId="297D34DA" w14:textId="77777777" w:rsidR="00585026" w:rsidRDefault="00585026" w:rsidP="00585026">
      <w:pPr>
        <w:ind w:left="993"/>
        <w:rPr>
          <w:b/>
          <w:bCs/>
        </w:rPr>
      </w:pPr>
    </w:p>
    <w:p w14:paraId="436146B8" w14:textId="77777777" w:rsidR="00585026" w:rsidRPr="00585026" w:rsidRDefault="00585026" w:rsidP="00585026">
      <w:pPr>
        <w:ind w:left="993"/>
        <w:rPr>
          <w:lang w:val="nl-NL"/>
        </w:rPr>
      </w:pPr>
      <w:r w:rsidRPr="00585026">
        <w:rPr>
          <w:lang w:val="nl-NL"/>
        </w:rPr>
        <w:lastRenderedPageBreak/>
        <w:t xml:space="preserve">c) Controleer het start-officebedrijf.bat bestand, zodat Office geïnstalleerd wordt met de instellingen uit het </w:t>
      </w:r>
      <w:proofErr w:type="spellStart"/>
      <w:r w:rsidRPr="00585026">
        <w:rPr>
          <w:lang w:val="nl-NL"/>
        </w:rPr>
        <w:t>xml</w:t>
      </w:r>
      <w:proofErr w:type="spellEnd"/>
      <w:r w:rsidRPr="00585026">
        <w:rPr>
          <w:lang w:val="nl-NL"/>
        </w:rPr>
        <w:t xml:space="preserve"> bestand. Het batchbestand moet vanuit een willekeurige locatie gestart kunnen worden.</w:t>
      </w:r>
    </w:p>
    <w:p w14:paraId="05E2CB2D" w14:textId="77777777" w:rsidR="00585026" w:rsidRPr="00585026" w:rsidRDefault="00585026" w:rsidP="00585026">
      <w:pPr>
        <w:rPr>
          <w:lang w:val="nl-NL"/>
        </w:rPr>
      </w:pPr>
    </w:p>
    <w:p w14:paraId="68993804" w14:textId="77777777" w:rsidR="00585026" w:rsidRDefault="00585026" w:rsidP="00585026">
      <w:r w:rsidRPr="002C1825">
        <w:rPr>
          <w:noProof/>
        </w:rPr>
        <w:drawing>
          <wp:inline distT="0" distB="0" distL="0" distR="0" wp14:anchorId="48E21E9A" wp14:editId="25BCD98E">
            <wp:extent cx="5731510" cy="2451100"/>
            <wp:effectExtent l="0" t="0" r="2540" b="6350"/>
            <wp:docPr id="18724540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54080" name="Picture 1" descr="A screenshot of a computer&#10;&#10;AI-generated content may be incorrect."/>
                    <pic:cNvPicPr/>
                  </pic:nvPicPr>
                  <pic:blipFill>
                    <a:blip r:embed="rId17"/>
                    <a:stretch>
                      <a:fillRect/>
                    </a:stretch>
                  </pic:blipFill>
                  <pic:spPr>
                    <a:xfrm>
                      <a:off x="0" y="0"/>
                      <a:ext cx="5731510" cy="2451100"/>
                    </a:xfrm>
                    <a:prstGeom prst="rect">
                      <a:avLst/>
                    </a:prstGeom>
                  </pic:spPr>
                </pic:pic>
              </a:graphicData>
            </a:graphic>
          </wp:inline>
        </w:drawing>
      </w:r>
    </w:p>
    <w:p w14:paraId="5906D3E8" w14:textId="77777777" w:rsidR="00585026" w:rsidRDefault="00585026" w:rsidP="00585026"/>
    <w:p w14:paraId="75FC5F0B" w14:textId="77777777" w:rsidR="00585026" w:rsidRDefault="00585026" w:rsidP="00585026"/>
    <w:p w14:paraId="6DD71B2F" w14:textId="77777777" w:rsidR="00585026" w:rsidRDefault="00585026" w:rsidP="00585026"/>
    <w:p w14:paraId="703AD361" w14:textId="77777777" w:rsidR="00585026" w:rsidRDefault="00585026" w:rsidP="00585026"/>
    <w:p w14:paraId="1BCC3371" w14:textId="77777777" w:rsidR="00585026" w:rsidRDefault="00585026" w:rsidP="00585026"/>
    <w:p w14:paraId="03DE2BA1" w14:textId="77777777" w:rsidR="00585026" w:rsidRDefault="00585026" w:rsidP="00585026"/>
    <w:p w14:paraId="7D3C6E17" w14:textId="77777777" w:rsidR="00585026" w:rsidRDefault="00585026" w:rsidP="00585026"/>
    <w:p w14:paraId="125867D0" w14:textId="77777777" w:rsidR="00585026" w:rsidRDefault="00585026" w:rsidP="00585026"/>
    <w:p w14:paraId="649348FD" w14:textId="77777777" w:rsidR="00585026" w:rsidRDefault="00585026" w:rsidP="00585026"/>
    <w:p w14:paraId="0163F51F" w14:textId="77777777" w:rsidR="00585026" w:rsidRDefault="00585026" w:rsidP="00585026"/>
    <w:p w14:paraId="72BF4641" w14:textId="77777777" w:rsidR="00585026" w:rsidRDefault="00585026" w:rsidP="00585026"/>
    <w:p w14:paraId="2EF71AF6" w14:textId="77777777" w:rsidR="00585026" w:rsidRDefault="00585026" w:rsidP="00585026"/>
    <w:p w14:paraId="58D20B3C" w14:textId="77777777" w:rsidR="00585026" w:rsidRDefault="00585026" w:rsidP="00585026"/>
    <w:p w14:paraId="0D05DBA9" w14:textId="77777777" w:rsidR="00585026" w:rsidRDefault="00585026" w:rsidP="00585026"/>
    <w:p w14:paraId="34C89439" w14:textId="77777777" w:rsidR="00585026" w:rsidRDefault="00585026" w:rsidP="00585026"/>
    <w:p w14:paraId="0DEB2088" w14:textId="77777777" w:rsidR="00585026" w:rsidRDefault="00585026" w:rsidP="00585026"/>
    <w:p w14:paraId="104BC25F" w14:textId="77777777" w:rsidR="00585026" w:rsidRDefault="00585026" w:rsidP="00585026"/>
    <w:p w14:paraId="456C7C7F" w14:textId="77777777" w:rsidR="00585026" w:rsidRDefault="00585026" w:rsidP="00585026"/>
    <w:p w14:paraId="6DF0E0A3" w14:textId="77777777" w:rsidR="00585026" w:rsidRDefault="00585026" w:rsidP="00585026"/>
    <w:p w14:paraId="4CE6B883" w14:textId="77777777" w:rsidR="00585026" w:rsidRDefault="00585026" w:rsidP="00585026"/>
    <w:p w14:paraId="4A4157A0" w14:textId="77777777" w:rsidR="00585026" w:rsidRDefault="00585026" w:rsidP="00585026"/>
    <w:p w14:paraId="47CB6D64" w14:textId="77777777" w:rsidR="00585026" w:rsidRDefault="00585026" w:rsidP="00585026"/>
    <w:p w14:paraId="62306E1E" w14:textId="77777777" w:rsidR="00585026" w:rsidRDefault="00585026" w:rsidP="00585026"/>
    <w:p w14:paraId="76FD581A" w14:textId="77777777" w:rsidR="00585026" w:rsidRDefault="00585026" w:rsidP="00585026"/>
    <w:p w14:paraId="7029CA2A" w14:textId="77777777" w:rsidR="00585026" w:rsidRDefault="00585026" w:rsidP="00585026"/>
    <w:p w14:paraId="0E3D9CAE" w14:textId="77777777" w:rsidR="00585026" w:rsidRPr="0026261B" w:rsidRDefault="00585026" w:rsidP="00585026">
      <w:pPr>
        <w:pStyle w:val="ListParagraph"/>
        <w:numPr>
          <w:ilvl w:val="0"/>
          <w:numId w:val="17"/>
        </w:numPr>
        <w:spacing w:after="0" w:line="240" w:lineRule="auto"/>
        <w:rPr>
          <w:b/>
          <w:bCs/>
          <w:sz w:val="32"/>
          <w:szCs w:val="32"/>
        </w:rPr>
      </w:pPr>
      <w:r w:rsidRPr="0026261B">
        <w:rPr>
          <w:b/>
          <w:bCs/>
          <w:sz w:val="32"/>
          <w:szCs w:val="32"/>
        </w:rPr>
        <w:t xml:space="preserve">Screen shots met </w:t>
      </w:r>
      <w:proofErr w:type="spellStart"/>
      <w:r w:rsidRPr="0026261B">
        <w:rPr>
          <w:b/>
          <w:bCs/>
          <w:sz w:val="32"/>
          <w:szCs w:val="32"/>
        </w:rPr>
        <w:t>geïnstalleerd</w:t>
      </w:r>
      <w:proofErr w:type="spellEnd"/>
      <w:r w:rsidRPr="0026261B">
        <w:rPr>
          <w:b/>
          <w:bCs/>
          <w:sz w:val="32"/>
          <w:szCs w:val="32"/>
        </w:rPr>
        <w:t xml:space="preserve"> </w:t>
      </w:r>
      <w:proofErr w:type="spellStart"/>
      <w:r w:rsidRPr="0026261B">
        <w:rPr>
          <w:b/>
          <w:bCs/>
          <w:sz w:val="32"/>
          <w:szCs w:val="32"/>
        </w:rPr>
        <w:t>applicatie</w:t>
      </w:r>
      <w:proofErr w:type="spellEnd"/>
    </w:p>
    <w:p w14:paraId="6CB07695" w14:textId="77777777" w:rsidR="00585026" w:rsidRPr="0026261B" w:rsidRDefault="00585026" w:rsidP="00585026">
      <w:pPr>
        <w:rPr>
          <w:b/>
          <w:bCs/>
        </w:rPr>
      </w:pPr>
    </w:p>
    <w:p w14:paraId="48C214E2" w14:textId="77777777" w:rsidR="00585026" w:rsidRDefault="00585026" w:rsidP="00585026">
      <w:r>
        <w:t xml:space="preserve">Lever het </w:t>
      </w:r>
      <w:proofErr w:type="spellStart"/>
      <w:r>
        <w:t>volgende</w:t>
      </w:r>
      <w:proofErr w:type="spellEnd"/>
      <w:r>
        <w:t xml:space="preserve"> in:</w:t>
      </w:r>
    </w:p>
    <w:p w14:paraId="58A80B86" w14:textId="77777777" w:rsidR="00585026" w:rsidRDefault="00585026" w:rsidP="00585026"/>
    <w:p w14:paraId="41CF0353" w14:textId="77777777" w:rsidR="00585026" w:rsidRPr="00585026" w:rsidRDefault="00585026" w:rsidP="00585026">
      <w:pPr>
        <w:pStyle w:val="ListParagraph"/>
        <w:numPr>
          <w:ilvl w:val="0"/>
          <w:numId w:val="15"/>
        </w:numPr>
        <w:spacing w:after="0" w:line="240" w:lineRule="auto"/>
        <w:rPr>
          <w:lang w:val="nl-NL"/>
        </w:rPr>
      </w:pPr>
      <w:r w:rsidRPr="00585026">
        <w:rPr>
          <w:lang w:val="nl-NL"/>
        </w:rPr>
        <w:t xml:space="preserve">De inhoud van het aangepast </w:t>
      </w:r>
      <w:proofErr w:type="spellStart"/>
      <w:r w:rsidRPr="00585026">
        <w:rPr>
          <w:lang w:val="nl-NL"/>
        </w:rPr>
        <w:t>xml</w:t>
      </w:r>
      <w:proofErr w:type="spellEnd"/>
      <w:r w:rsidRPr="00585026">
        <w:rPr>
          <w:lang w:val="nl-NL"/>
        </w:rPr>
        <w:t xml:space="preserve"> bestand</w:t>
      </w:r>
    </w:p>
    <w:p w14:paraId="3DBF535B" w14:textId="77777777" w:rsidR="00585026" w:rsidRPr="00585026" w:rsidRDefault="00585026" w:rsidP="00585026">
      <w:pPr>
        <w:pStyle w:val="ListParagraph"/>
        <w:numPr>
          <w:ilvl w:val="0"/>
          <w:numId w:val="15"/>
        </w:numPr>
        <w:spacing w:after="0" w:line="240" w:lineRule="auto"/>
        <w:rPr>
          <w:lang w:val="nl-NL"/>
        </w:rPr>
      </w:pPr>
      <w:r w:rsidRPr="00585026">
        <w:rPr>
          <w:lang w:val="nl-NL"/>
        </w:rPr>
        <w:t>De inhoud van het aangepaste batch bestand</w:t>
      </w:r>
    </w:p>
    <w:p w14:paraId="6FED997B" w14:textId="77777777" w:rsidR="00585026" w:rsidRPr="00585026" w:rsidRDefault="00585026" w:rsidP="00585026">
      <w:pPr>
        <w:pStyle w:val="ListParagraph"/>
        <w:numPr>
          <w:ilvl w:val="0"/>
          <w:numId w:val="15"/>
        </w:numPr>
        <w:spacing w:after="0" w:line="240" w:lineRule="auto"/>
        <w:rPr>
          <w:lang w:val="nl-NL"/>
        </w:rPr>
      </w:pPr>
      <w:r w:rsidRPr="00585026">
        <w:rPr>
          <w:lang w:val="nl-NL"/>
        </w:rPr>
        <w:t>Screenshots waarmee je bewijst dat de Office installatie is uitgevoerd volgens de gewenste eisen.</w:t>
      </w:r>
    </w:p>
    <w:p w14:paraId="0925F235" w14:textId="77777777" w:rsidR="00585026" w:rsidRDefault="00585026" w:rsidP="00585026">
      <w:pPr>
        <w:pStyle w:val="ListParagraph"/>
        <w:ind w:left="1800"/>
      </w:pPr>
      <w:r w:rsidRPr="002C1825">
        <w:rPr>
          <w:noProof/>
        </w:rPr>
        <w:lastRenderedPageBreak/>
        <w:drawing>
          <wp:inline distT="0" distB="0" distL="0" distR="0" wp14:anchorId="58F2EDBB" wp14:editId="7A971445">
            <wp:extent cx="5731510" cy="3115945"/>
            <wp:effectExtent l="0" t="0" r="2540" b="8255"/>
            <wp:docPr id="2131975304" name="Picture 1" descr="A blue screen with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75304" name="Picture 1" descr="A blue screen with a white text&#10;&#10;AI-generated content may be incorrect."/>
                    <pic:cNvPicPr/>
                  </pic:nvPicPr>
                  <pic:blipFill>
                    <a:blip r:embed="rId18"/>
                    <a:stretch>
                      <a:fillRect/>
                    </a:stretch>
                  </pic:blipFill>
                  <pic:spPr>
                    <a:xfrm>
                      <a:off x="0" y="0"/>
                      <a:ext cx="5731510" cy="3115945"/>
                    </a:xfrm>
                    <a:prstGeom prst="rect">
                      <a:avLst/>
                    </a:prstGeom>
                  </pic:spPr>
                </pic:pic>
              </a:graphicData>
            </a:graphic>
          </wp:inline>
        </w:drawing>
      </w:r>
    </w:p>
    <w:p w14:paraId="0FC98BBC" w14:textId="77777777" w:rsidR="00585026" w:rsidRDefault="00585026" w:rsidP="00585026">
      <w:pPr>
        <w:pStyle w:val="ListParagraph"/>
        <w:ind w:left="1800"/>
      </w:pPr>
    </w:p>
    <w:p w14:paraId="420272C7" w14:textId="77777777" w:rsidR="00585026" w:rsidRDefault="00585026" w:rsidP="00585026">
      <w:r w:rsidRPr="00E42295">
        <w:rPr>
          <w:noProof/>
        </w:rPr>
        <w:drawing>
          <wp:inline distT="0" distB="0" distL="0" distR="0" wp14:anchorId="10F18624" wp14:editId="1CB3DC49">
            <wp:extent cx="5731510" cy="2531110"/>
            <wp:effectExtent l="0" t="0" r="2540" b="2540"/>
            <wp:docPr id="1352249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49068" name="Picture 1" descr="A screenshot of a computer&#10;&#10;AI-generated content may be incorrect."/>
                    <pic:cNvPicPr/>
                  </pic:nvPicPr>
                  <pic:blipFill>
                    <a:blip r:embed="rId19"/>
                    <a:stretch>
                      <a:fillRect/>
                    </a:stretch>
                  </pic:blipFill>
                  <pic:spPr>
                    <a:xfrm>
                      <a:off x="0" y="0"/>
                      <a:ext cx="5731510" cy="2531110"/>
                    </a:xfrm>
                    <a:prstGeom prst="rect">
                      <a:avLst/>
                    </a:prstGeom>
                  </pic:spPr>
                </pic:pic>
              </a:graphicData>
            </a:graphic>
          </wp:inline>
        </w:drawing>
      </w:r>
    </w:p>
    <w:p w14:paraId="72FA2112" w14:textId="77777777" w:rsidR="00585026" w:rsidRPr="00E42295" w:rsidRDefault="00585026" w:rsidP="00585026"/>
    <w:p w14:paraId="00D39525" w14:textId="77777777" w:rsidR="00585026" w:rsidRPr="00E42295" w:rsidRDefault="00585026" w:rsidP="00585026"/>
    <w:p w14:paraId="500D6B9B" w14:textId="77777777" w:rsidR="00585026" w:rsidRPr="00E42295" w:rsidRDefault="00585026" w:rsidP="00585026"/>
    <w:p w14:paraId="2DE5F7DF" w14:textId="77777777" w:rsidR="00585026" w:rsidRPr="00E42295" w:rsidRDefault="00585026" w:rsidP="00585026"/>
    <w:p w14:paraId="6A62EDCA" w14:textId="77777777" w:rsidR="00585026" w:rsidRPr="00E42295" w:rsidRDefault="00585026" w:rsidP="00585026"/>
    <w:p w14:paraId="70495F08" w14:textId="77777777" w:rsidR="00585026" w:rsidRPr="00E42295" w:rsidRDefault="00585026" w:rsidP="00585026"/>
    <w:p w14:paraId="49CFB163" w14:textId="77777777" w:rsidR="00585026" w:rsidRPr="00E42295" w:rsidRDefault="00585026" w:rsidP="00585026"/>
    <w:p w14:paraId="3FD509FE" w14:textId="77777777" w:rsidR="00585026" w:rsidRPr="00585026" w:rsidRDefault="00585026" w:rsidP="00585026">
      <w:pPr>
        <w:rPr>
          <w:b/>
          <w:bCs/>
          <w:lang w:val="nl-NL"/>
        </w:rPr>
      </w:pPr>
      <w:r w:rsidRPr="00585026">
        <w:rPr>
          <w:b/>
          <w:bCs/>
          <w:lang w:val="nl-NL"/>
        </w:rPr>
        <w:t>Conclusie</w:t>
      </w:r>
    </w:p>
    <w:p w14:paraId="6AED25BE" w14:textId="77777777" w:rsidR="00585026" w:rsidRPr="00585026" w:rsidRDefault="00585026" w:rsidP="00585026">
      <w:pPr>
        <w:rPr>
          <w:lang w:val="nl-NL"/>
        </w:rPr>
      </w:pPr>
      <w:r w:rsidRPr="00585026">
        <w:rPr>
          <w:lang w:val="nl-NL"/>
        </w:rPr>
        <w:t xml:space="preserve">De installatie van Office 2019 is aangepast zodat alleen Word en Excel geïnstalleerd worden, de Duitse spellingscontrole aanwezig is, en de bedrijfsnaam binnen Office correct wordt weergegeven als </w:t>
      </w:r>
      <w:proofErr w:type="spellStart"/>
      <w:r w:rsidRPr="00585026">
        <w:rPr>
          <w:lang w:val="nl-NL"/>
        </w:rPr>
        <w:t>FalconOwl</w:t>
      </w:r>
      <w:proofErr w:type="spellEnd"/>
      <w:r w:rsidRPr="00585026">
        <w:rPr>
          <w:lang w:val="nl-NL"/>
        </w:rPr>
        <w:t>. De bijgevoegde XML en batchbestanden zijn getest en functioneren zoals gewenst</w:t>
      </w:r>
    </w:p>
    <w:p w14:paraId="26CDED60" w14:textId="77777777" w:rsidR="00585026" w:rsidRPr="00585026" w:rsidRDefault="00585026" w:rsidP="00585026">
      <w:pPr>
        <w:rPr>
          <w:lang w:val="nl-NL"/>
        </w:rPr>
      </w:pPr>
    </w:p>
    <w:p w14:paraId="45183F63" w14:textId="77777777" w:rsidR="00585026" w:rsidRPr="00585026" w:rsidRDefault="00585026" w:rsidP="00585026">
      <w:pPr>
        <w:rPr>
          <w:lang w:val="nl-NL"/>
        </w:rPr>
      </w:pPr>
    </w:p>
    <w:p w14:paraId="4E4485B1" w14:textId="77777777" w:rsidR="00585026" w:rsidRPr="00585026" w:rsidRDefault="00585026" w:rsidP="00585026">
      <w:pPr>
        <w:rPr>
          <w:lang w:val="nl-NL"/>
        </w:rPr>
      </w:pPr>
    </w:p>
    <w:p w14:paraId="35C9B124" w14:textId="77777777" w:rsidR="00585026" w:rsidRPr="00585026" w:rsidRDefault="00585026" w:rsidP="00585026">
      <w:pPr>
        <w:rPr>
          <w:lang w:val="nl-NL"/>
        </w:rPr>
      </w:pPr>
    </w:p>
    <w:p w14:paraId="159D83C1" w14:textId="77777777" w:rsidR="00585026" w:rsidRPr="00585026" w:rsidRDefault="00585026" w:rsidP="00585026">
      <w:pPr>
        <w:rPr>
          <w:lang w:val="nl-NL"/>
        </w:rPr>
      </w:pPr>
    </w:p>
    <w:p w14:paraId="56D43623" w14:textId="77777777" w:rsidR="00585026" w:rsidRPr="00585026" w:rsidRDefault="00585026" w:rsidP="00585026">
      <w:pPr>
        <w:rPr>
          <w:lang w:val="nl-NL"/>
        </w:rPr>
      </w:pPr>
    </w:p>
    <w:p w14:paraId="262DD14E" w14:textId="77777777" w:rsidR="00585026" w:rsidRPr="00585026" w:rsidRDefault="00585026" w:rsidP="00585026">
      <w:pPr>
        <w:rPr>
          <w:lang w:val="nl-NL"/>
        </w:rPr>
      </w:pPr>
    </w:p>
    <w:p w14:paraId="46C36917" w14:textId="77777777" w:rsidR="00585026" w:rsidRPr="00585026" w:rsidRDefault="00585026" w:rsidP="00585026">
      <w:pPr>
        <w:rPr>
          <w:lang w:val="nl-NL"/>
        </w:rPr>
      </w:pPr>
    </w:p>
    <w:p w14:paraId="51A36355" w14:textId="77777777" w:rsidR="00585026" w:rsidRPr="00585026" w:rsidRDefault="00585026" w:rsidP="00585026">
      <w:pPr>
        <w:rPr>
          <w:lang w:val="nl-NL"/>
        </w:rPr>
      </w:pPr>
    </w:p>
    <w:p w14:paraId="0A2A8132" w14:textId="77777777" w:rsidR="00271D71" w:rsidRDefault="00271D71">
      <w:pPr>
        <w:rPr>
          <w:lang w:val="nl-NL"/>
        </w:rPr>
      </w:pPr>
    </w:p>
    <w:p w14:paraId="4D542C10" w14:textId="77777777" w:rsidR="00234D5C" w:rsidRDefault="00234D5C">
      <w:pPr>
        <w:rPr>
          <w:lang w:val="nl-NL"/>
        </w:rPr>
      </w:pPr>
    </w:p>
    <w:p w14:paraId="650C0B46" w14:textId="77777777" w:rsidR="00234D5C" w:rsidRDefault="00234D5C">
      <w:pPr>
        <w:rPr>
          <w:lang w:val="nl-NL"/>
        </w:rPr>
      </w:pPr>
    </w:p>
    <w:p w14:paraId="5CF4D9DC" w14:textId="77777777" w:rsidR="00234D5C" w:rsidRDefault="00234D5C">
      <w:pPr>
        <w:rPr>
          <w:lang w:val="nl-NL"/>
        </w:rPr>
      </w:pPr>
    </w:p>
    <w:p w14:paraId="7361894E" w14:textId="77777777" w:rsidR="00234D5C" w:rsidRDefault="00234D5C">
      <w:pPr>
        <w:rPr>
          <w:lang w:val="nl-NL"/>
        </w:rPr>
      </w:pPr>
    </w:p>
    <w:p w14:paraId="6CAE2F91" w14:textId="77777777" w:rsidR="00234D5C" w:rsidRDefault="00234D5C">
      <w:pPr>
        <w:rPr>
          <w:lang w:val="nl-NL"/>
        </w:rPr>
      </w:pPr>
    </w:p>
    <w:p w14:paraId="19F2A41D" w14:textId="77777777" w:rsidR="00234D5C" w:rsidRDefault="00234D5C">
      <w:pPr>
        <w:rPr>
          <w:lang w:val="nl-NL"/>
        </w:rPr>
      </w:pPr>
    </w:p>
    <w:p w14:paraId="5732DE09" w14:textId="77777777" w:rsidR="00234D5C" w:rsidRDefault="00234D5C">
      <w:pPr>
        <w:rPr>
          <w:lang w:val="nl-NL"/>
        </w:rPr>
      </w:pPr>
    </w:p>
    <w:p w14:paraId="33F1FE34" w14:textId="77777777" w:rsidR="00234D5C" w:rsidRDefault="00234D5C">
      <w:pPr>
        <w:rPr>
          <w:lang w:val="nl-NL"/>
        </w:rPr>
      </w:pPr>
    </w:p>
    <w:p w14:paraId="74B7E2EA" w14:textId="77777777" w:rsidR="00234D5C" w:rsidRDefault="00234D5C">
      <w:pPr>
        <w:rPr>
          <w:lang w:val="nl-NL"/>
        </w:rPr>
      </w:pPr>
    </w:p>
    <w:p w14:paraId="20B35ABB" w14:textId="77777777" w:rsidR="00234D5C" w:rsidRDefault="00234D5C">
      <w:pPr>
        <w:rPr>
          <w:lang w:val="nl-NL"/>
        </w:rPr>
      </w:pPr>
    </w:p>
    <w:p w14:paraId="431130C1" w14:textId="77777777" w:rsidR="00234D5C" w:rsidRDefault="00234D5C">
      <w:pPr>
        <w:rPr>
          <w:lang w:val="nl-NL"/>
        </w:rPr>
      </w:pPr>
    </w:p>
    <w:p w14:paraId="53B058A6" w14:textId="77777777" w:rsidR="00234D5C" w:rsidRDefault="00234D5C">
      <w:pPr>
        <w:rPr>
          <w:lang w:val="nl-NL"/>
        </w:rPr>
      </w:pPr>
    </w:p>
    <w:p w14:paraId="4512B704" w14:textId="77777777" w:rsidR="00234D5C" w:rsidRPr="004B401A" w:rsidRDefault="00234D5C" w:rsidP="00234D5C">
      <w:pPr>
        <w:pStyle w:val="TOC1"/>
        <w:tabs>
          <w:tab w:val="right" w:leader="dot" w:pos="8630"/>
        </w:tabs>
        <w:rPr>
          <w:rFonts w:asciiTheme="majorHAnsi" w:hAnsiTheme="majorHAnsi" w:cstheme="majorHAnsi"/>
          <w:noProof/>
        </w:rPr>
      </w:pPr>
      <w:r>
        <w:fldChar w:fldCharType="begin"/>
      </w:r>
      <w:r>
        <w:instrText xml:space="preserve"> TOC \o "1-3" \h \z \u </w:instrText>
      </w:r>
      <w:r>
        <w:fldChar w:fldCharType="separate"/>
      </w:r>
      <w:hyperlink w:anchor="_Toc211262883" w:history="1">
        <w:r w:rsidRPr="004B401A">
          <w:rPr>
            <w:rStyle w:val="Hyperlink"/>
            <w:rFonts w:asciiTheme="majorHAnsi" w:hAnsiTheme="majorHAnsi" w:cstheme="majorHAnsi"/>
            <w:noProof/>
            <w:lang w:val="nl-NL"/>
          </w:rPr>
          <w:t>Advies aan leidinggevende</w:t>
        </w:r>
        <w:r w:rsidRPr="004B401A">
          <w:rPr>
            <w:rFonts w:asciiTheme="majorHAnsi" w:hAnsiTheme="majorHAnsi" w:cstheme="majorHAnsi"/>
            <w:noProof/>
            <w:webHidden/>
          </w:rPr>
          <w:tab/>
        </w:r>
        <w:r w:rsidRPr="004B401A">
          <w:rPr>
            <w:rFonts w:asciiTheme="majorHAnsi" w:hAnsiTheme="majorHAnsi" w:cstheme="majorHAnsi"/>
            <w:noProof/>
            <w:webHidden/>
          </w:rPr>
          <w:fldChar w:fldCharType="begin"/>
        </w:r>
        <w:r w:rsidRPr="004B401A">
          <w:rPr>
            <w:rFonts w:asciiTheme="majorHAnsi" w:hAnsiTheme="majorHAnsi" w:cstheme="majorHAnsi"/>
            <w:noProof/>
            <w:webHidden/>
          </w:rPr>
          <w:instrText xml:space="preserve"> PAGEREF _Toc211262883 \h </w:instrText>
        </w:r>
        <w:r w:rsidRPr="004B401A">
          <w:rPr>
            <w:rFonts w:asciiTheme="majorHAnsi" w:hAnsiTheme="majorHAnsi" w:cstheme="majorHAnsi"/>
            <w:noProof/>
            <w:webHidden/>
          </w:rPr>
        </w:r>
        <w:r w:rsidRPr="004B401A">
          <w:rPr>
            <w:rFonts w:asciiTheme="majorHAnsi" w:hAnsiTheme="majorHAnsi" w:cstheme="majorHAnsi"/>
            <w:noProof/>
            <w:webHidden/>
          </w:rPr>
          <w:fldChar w:fldCharType="separate"/>
        </w:r>
        <w:r w:rsidRPr="004B401A">
          <w:rPr>
            <w:rFonts w:asciiTheme="majorHAnsi" w:hAnsiTheme="majorHAnsi" w:cstheme="majorHAnsi"/>
            <w:noProof/>
            <w:webHidden/>
          </w:rPr>
          <w:t>1</w:t>
        </w:r>
        <w:r w:rsidRPr="004B401A">
          <w:rPr>
            <w:rFonts w:asciiTheme="majorHAnsi" w:hAnsiTheme="majorHAnsi" w:cstheme="majorHAnsi"/>
            <w:noProof/>
            <w:webHidden/>
          </w:rPr>
          <w:fldChar w:fldCharType="end"/>
        </w:r>
      </w:hyperlink>
    </w:p>
    <w:p w14:paraId="7A03F854" w14:textId="77777777" w:rsidR="00234D5C" w:rsidRPr="004B401A" w:rsidRDefault="00234D5C" w:rsidP="00234D5C">
      <w:pPr>
        <w:pStyle w:val="TOC1"/>
        <w:tabs>
          <w:tab w:val="right" w:leader="dot" w:pos="8630"/>
        </w:tabs>
        <w:rPr>
          <w:rFonts w:asciiTheme="majorHAnsi" w:hAnsiTheme="majorHAnsi" w:cstheme="majorHAnsi"/>
          <w:noProof/>
        </w:rPr>
      </w:pPr>
      <w:hyperlink w:anchor="_Toc211262884" w:history="1">
        <w:r w:rsidRPr="004B401A">
          <w:rPr>
            <w:rStyle w:val="Hyperlink"/>
            <w:rFonts w:asciiTheme="majorHAnsi" w:hAnsiTheme="majorHAnsi" w:cstheme="majorHAnsi"/>
            <w:noProof/>
            <w:lang w:val="nl-NL"/>
          </w:rPr>
          <w:t>1. Inleiding</w:t>
        </w:r>
        <w:r w:rsidRPr="004B401A">
          <w:rPr>
            <w:rFonts w:asciiTheme="majorHAnsi" w:hAnsiTheme="majorHAnsi" w:cstheme="majorHAnsi"/>
            <w:noProof/>
            <w:webHidden/>
          </w:rPr>
          <w:tab/>
        </w:r>
        <w:r w:rsidRPr="004B401A">
          <w:rPr>
            <w:rFonts w:asciiTheme="majorHAnsi" w:hAnsiTheme="majorHAnsi" w:cstheme="majorHAnsi"/>
            <w:noProof/>
            <w:webHidden/>
          </w:rPr>
          <w:fldChar w:fldCharType="begin"/>
        </w:r>
        <w:r w:rsidRPr="004B401A">
          <w:rPr>
            <w:rFonts w:asciiTheme="majorHAnsi" w:hAnsiTheme="majorHAnsi" w:cstheme="majorHAnsi"/>
            <w:noProof/>
            <w:webHidden/>
          </w:rPr>
          <w:instrText xml:space="preserve"> PAGEREF _Toc211262884 \h </w:instrText>
        </w:r>
        <w:r w:rsidRPr="004B401A">
          <w:rPr>
            <w:rFonts w:asciiTheme="majorHAnsi" w:hAnsiTheme="majorHAnsi" w:cstheme="majorHAnsi"/>
            <w:noProof/>
            <w:webHidden/>
          </w:rPr>
        </w:r>
        <w:r w:rsidRPr="004B401A">
          <w:rPr>
            <w:rFonts w:asciiTheme="majorHAnsi" w:hAnsiTheme="majorHAnsi" w:cstheme="majorHAnsi"/>
            <w:noProof/>
            <w:webHidden/>
          </w:rPr>
          <w:fldChar w:fldCharType="separate"/>
        </w:r>
        <w:r w:rsidRPr="004B401A">
          <w:rPr>
            <w:rFonts w:asciiTheme="majorHAnsi" w:hAnsiTheme="majorHAnsi" w:cstheme="majorHAnsi"/>
            <w:noProof/>
            <w:webHidden/>
          </w:rPr>
          <w:t>3</w:t>
        </w:r>
        <w:r w:rsidRPr="004B401A">
          <w:rPr>
            <w:rFonts w:asciiTheme="majorHAnsi" w:hAnsiTheme="majorHAnsi" w:cstheme="majorHAnsi"/>
            <w:noProof/>
            <w:webHidden/>
          </w:rPr>
          <w:fldChar w:fldCharType="end"/>
        </w:r>
      </w:hyperlink>
    </w:p>
    <w:p w14:paraId="055AB398" w14:textId="77777777" w:rsidR="00234D5C" w:rsidRDefault="00234D5C" w:rsidP="00234D5C">
      <w:pPr>
        <w:pStyle w:val="TOC1"/>
        <w:tabs>
          <w:tab w:val="right" w:leader="dot" w:pos="8630"/>
        </w:tabs>
        <w:rPr>
          <w:noProof/>
        </w:rPr>
      </w:pPr>
      <w:hyperlink w:anchor="_Toc211262885" w:history="1">
        <w:r w:rsidRPr="004B401A">
          <w:rPr>
            <w:rStyle w:val="Hyperlink"/>
            <w:rFonts w:asciiTheme="majorHAnsi" w:hAnsiTheme="majorHAnsi" w:cstheme="majorHAnsi"/>
            <w:noProof/>
            <w:lang w:val="nl-NL"/>
          </w:rPr>
          <w:t>2. Advies over geïnstalleerde applicaties en operating system</w:t>
        </w:r>
        <w:r w:rsidRPr="004B401A">
          <w:rPr>
            <w:rFonts w:asciiTheme="majorHAnsi" w:hAnsiTheme="majorHAnsi" w:cstheme="majorHAnsi"/>
            <w:noProof/>
            <w:webHidden/>
          </w:rPr>
          <w:tab/>
        </w:r>
        <w:r w:rsidRPr="004B401A">
          <w:rPr>
            <w:rFonts w:asciiTheme="majorHAnsi" w:hAnsiTheme="majorHAnsi" w:cstheme="majorHAnsi"/>
            <w:noProof/>
            <w:webHidden/>
          </w:rPr>
          <w:fldChar w:fldCharType="begin"/>
        </w:r>
        <w:r w:rsidRPr="004B401A">
          <w:rPr>
            <w:rFonts w:asciiTheme="majorHAnsi" w:hAnsiTheme="majorHAnsi" w:cstheme="majorHAnsi"/>
            <w:noProof/>
            <w:webHidden/>
          </w:rPr>
          <w:instrText xml:space="preserve"> PAGEREF _Toc211262885 \h </w:instrText>
        </w:r>
        <w:r w:rsidRPr="004B401A">
          <w:rPr>
            <w:rFonts w:asciiTheme="majorHAnsi" w:hAnsiTheme="majorHAnsi" w:cstheme="majorHAnsi"/>
            <w:noProof/>
            <w:webHidden/>
          </w:rPr>
        </w:r>
        <w:r w:rsidRPr="004B401A">
          <w:rPr>
            <w:rFonts w:asciiTheme="majorHAnsi" w:hAnsiTheme="majorHAnsi" w:cstheme="majorHAnsi"/>
            <w:noProof/>
            <w:webHidden/>
          </w:rPr>
          <w:fldChar w:fldCharType="separate"/>
        </w:r>
        <w:r w:rsidRPr="004B401A">
          <w:rPr>
            <w:rFonts w:asciiTheme="majorHAnsi" w:hAnsiTheme="majorHAnsi" w:cstheme="majorHAnsi"/>
            <w:noProof/>
            <w:webHidden/>
          </w:rPr>
          <w:t>3</w:t>
        </w:r>
        <w:r w:rsidRPr="004B401A">
          <w:rPr>
            <w:rFonts w:asciiTheme="majorHAnsi" w:hAnsiTheme="majorHAnsi" w:cstheme="majorHAnsi"/>
            <w:noProof/>
            <w:webHidden/>
          </w:rPr>
          <w:fldChar w:fldCharType="end"/>
        </w:r>
      </w:hyperlink>
    </w:p>
    <w:p w14:paraId="03A8721D" w14:textId="77777777" w:rsidR="00234D5C" w:rsidRDefault="00234D5C" w:rsidP="00234D5C">
      <w:pPr>
        <w:pStyle w:val="TOC1"/>
        <w:tabs>
          <w:tab w:val="right" w:leader="dot" w:pos="8630"/>
        </w:tabs>
        <w:rPr>
          <w:noProof/>
        </w:rPr>
      </w:pPr>
      <w:hyperlink w:anchor="_Toc211262886" w:history="1">
        <w:r w:rsidRPr="00EC0722">
          <w:rPr>
            <w:rStyle w:val="Hyperlink"/>
            <w:noProof/>
            <w:lang w:val="nl-NL"/>
          </w:rPr>
          <w:t>3. Securityadvies: drie aandachtsgebieden</w:t>
        </w:r>
        <w:r>
          <w:rPr>
            <w:noProof/>
            <w:webHidden/>
          </w:rPr>
          <w:tab/>
        </w:r>
        <w:r>
          <w:rPr>
            <w:noProof/>
            <w:webHidden/>
          </w:rPr>
          <w:fldChar w:fldCharType="begin"/>
        </w:r>
        <w:r>
          <w:rPr>
            <w:noProof/>
            <w:webHidden/>
          </w:rPr>
          <w:instrText xml:space="preserve"> PAGEREF _Toc211262886 \h </w:instrText>
        </w:r>
        <w:r>
          <w:rPr>
            <w:noProof/>
            <w:webHidden/>
          </w:rPr>
        </w:r>
        <w:r>
          <w:rPr>
            <w:noProof/>
            <w:webHidden/>
          </w:rPr>
          <w:fldChar w:fldCharType="separate"/>
        </w:r>
        <w:r>
          <w:rPr>
            <w:noProof/>
            <w:webHidden/>
          </w:rPr>
          <w:t>3</w:t>
        </w:r>
        <w:r>
          <w:rPr>
            <w:noProof/>
            <w:webHidden/>
          </w:rPr>
          <w:fldChar w:fldCharType="end"/>
        </w:r>
      </w:hyperlink>
    </w:p>
    <w:p w14:paraId="702E763C" w14:textId="77777777" w:rsidR="00234D5C" w:rsidRDefault="00234D5C" w:rsidP="00234D5C">
      <w:pPr>
        <w:pStyle w:val="TOC1"/>
        <w:tabs>
          <w:tab w:val="right" w:leader="dot" w:pos="8630"/>
        </w:tabs>
        <w:rPr>
          <w:noProof/>
        </w:rPr>
      </w:pPr>
      <w:hyperlink w:anchor="_Toc211262887" w:history="1">
        <w:r w:rsidRPr="00EC0722">
          <w:rPr>
            <w:rStyle w:val="Hyperlink"/>
            <w:noProof/>
            <w:lang w:val="nl-NL"/>
          </w:rPr>
          <w:t>4. Applicatiegebruik en risicoanalyse</w:t>
        </w:r>
        <w:r>
          <w:rPr>
            <w:noProof/>
            <w:webHidden/>
          </w:rPr>
          <w:tab/>
        </w:r>
        <w:r>
          <w:rPr>
            <w:noProof/>
            <w:webHidden/>
          </w:rPr>
          <w:fldChar w:fldCharType="begin"/>
        </w:r>
        <w:r>
          <w:rPr>
            <w:noProof/>
            <w:webHidden/>
          </w:rPr>
          <w:instrText xml:space="preserve"> PAGEREF _Toc211262887 \h </w:instrText>
        </w:r>
        <w:r>
          <w:rPr>
            <w:noProof/>
            <w:webHidden/>
          </w:rPr>
        </w:r>
        <w:r>
          <w:rPr>
            <w:noProof/>
            <w:webHidden/>
          </w:rPr>
          <w:fldChar w:fldCharType="separate"/>
        </w:r>
        <w:r>
          <w:rPr>
            <w:noProof/>
            <w:webHidden/>
          </w:rPr>
          <w:t>4</w:t>
        </w:r>
        <w:r>
          <w:rPr>
            <w:noProof/>
            <w:webHidden/>
          </w:rPr>
          <w:fldChar w:fldCharType="end"/>
        </w:r>
      </w:hyperlink>
    </w:p>
    <w:p w14:paraId="417AC260" w14:textId="77777777" w:rsidR="00234D5C" w:rsidRDefault="00234D5C" w:rsidP="00234D5C">
      <w:pPr>
        <w:pStyle w:val="TOC1"/>
        <w:tabs>
          <w:tab w:val="right" w:leader="dot" w:pos="8630"/>
        </w:tabs>
        <w:rPr>
          <w:noProof/>
        </w:rPr>
      </w:pPr>
      <w:hyperlink w:anchor="_Toc211262888" w:history="1">
        <w:r w:rsidRPr="00EC0722">
          <w:rPr>
            <w:rStyle w:val="Hyperlink"/>
            <w:noProof/>
            <w:lang w:val="nl-NL"/>
          </w:rPr>
          <w:t>5. Aanbeveling extra applicaties voor mediavormgeving</w:t>
        </w:r>
        <w:r>
          <w:rPr>
            <w:noProof/>
            <w:webHidden/>
          </w:rPr>
          <w:tab/>
        </w:r>
        <w:r>
          <w:rPr>
            <w:noProof/>
            <w:webHidden/>
          </w:rPr>
          <w:fldChar w:fldCharType="begin"/>
        </w:r>
        <w:r>
          <w:rPr>
            <w:noProof/>
            <w:webHidden/>
          </w:rPr>
          <w:instrText xml:space="preserve"> PAGEREF _Toc211262888 \h </w:instrText>
        </w:r>
        <w:r>
          <w:rPr>
            <w:noProof/>
            <w:webHidden/>
          </w:rPr>
        </w:r>
        <w:r>
          <w:rPr>
            <w:noProof/>
            <w:webHidden/>
          </w:rPr>
          <w:fldChar w:fldCharType="separate"/>
        </w:r>
        <w:r>
          <w:rPr>
            <w:noProof/>
            <w:webHidden/>
          </w:rPr>
          <w:t>4</w:t>
        </w:r>
        <w:r>
          <w:rPr>
            <w:noProof/>
            <w:webHidden/>
          </w:rPr>
          <w:fldChar w:fldCharType="end"/>
        </w:r>
      </w:hyperlink>
    </w:p>
    <w:p w14:paraId="1D7FA9FB" w14:textId="77777777" w:rsidR="00234D5C" w:rsidRDefault="00234D5C" w:rsidP="00234D5C">
      <w:pPr>
        <w:pStyle w:val="TOC1"/>
        <w:tabs>
          <w:tab w:val="right" w:leader="dot" w:pos="8630"/>
        </w:tabs>
        <w:rPr>
          <w:noProof/>
        </w:rPr>
      </w:pPr>
      <w:hyperlink w:anchor="_Toc211262889" w:history="1">
        <w:r w:rsidRPr="00EC0722">
          <w:rPr>
            <w:rStyle w:val="Hyperlink"/>
            <w:noProof/>
            <w:lang w:val="nl-NL"/>
          </w:rPr>
          <w:t>6. Conclusie</w:t>
        </w:r>
        <w:r>
          <w:rPr>
            <w:noProof/>
            <w:webHidden/>
          </w:rPr>
          <w:tab/>
        </w:r>
        <w:r>
          <w:rPr>
            <w:noProof/>
            <w:webHidden/>
          </w:rPr>
          <w:fldChar w:fldCharType="begin"/>
        </w:r>
        <w:r>
          <w:rPr>
            <w:noProof/>
            <w:webHidden/>
          </w:rPr>
          <w:instrText xml:space="preserve"> PAGEREF _Toc211262889 \h </w:instrText>
        </w:r>
        <w:r>
          <w:rPr>
            <w:noProof/>
            <w:webHidden/>
          </w:rPr>
        </w:r>
        <w:r>
          <w:rPr>
            <w:noProof/>
            <w:webHidden/>
          </w:rPr>
          <w:fldChar w:fldCharType="separate"/>
        </w:r>
        <w:r>
          <w:rPr>
            <w:noProof/>
            <w:webHidden/>
          </w:rPr>
          <w:t>4</w:t>
        </w:r>
        <w:r>
          <w:rPr>
            <w:noProof/>
            <w:webHidden/>
          </w:rPr>
          <w:fldChar w:fldCharType="end"/>
        </w:r>
      </w:hyperlink>
    </w:p>
    <w:p w14:paraId="45A8B223" w14:textId="77777777" w:rsidR="00234D5C" w:rsidRDefault="00234D5C" w:rsidP="00234D5C">
      <w:r>
        <w:rPr>
          <w:b/>
          <w:bCs/>
          <w:noProof/>
        </w:rPr>
        <w:fldChar w:fldCharType="end"/>
      </w:r>
    </w:p>
    <w:p w14:paraId="73C6CC24" w14:textId="77777777" w:rsidR="00234D5C" w:rsidRPr="00703D1D" w:rsidRDefault="00234D5C" w:rsidP="00234D5C">
      <w:pPr>
        <w:rPr>
          <w:lang w:val="nl-NL"/>
        </w:rPr>
      </w:pPr>
    </w:p>
    <w:p w14:paraId="2C9282B5" w14:textId="77777777" w:rsidR="00234D5C" w:rsidRPr="00703D1D" w:rsidRDefault="00234D5C" w:rsidP="00234D5C">
      <w:pPr>
        <w:rPr>
          <w:lang w:val="nl-NL"/>
        </w:rPr>
      </w:pPr>
      <w:r w:rsidRPr="00703D1D">
        <w:rPr>
          <w:lang w:val="nl-NL"/>
        </w:rPr>
        <w:br w:type="page"/>
      </w:r>
    </w:p>
    <w:p w14:paraId="0BAD1686" w14:textId="77777777" w:rsidR="00234D5C" w:rsidRPr="00703D1D" w:rsidRDefault="00234D5C" w:rsidP="00234D5C">
      <w:pPr>
        <w:pStyle w:val="Heading1"/>
        <w:rPr>
          <w:lang w:val="nl-NL"/>
        </w:rPr>
      </w:pPr>
      <w:bookmarkStart w:id="11" w:name="_Toc211262884"/>
      <w:r w:rsidRPr="00703D1D">
        <w:rPr>
          <w:lang w:val="nl-NL"/>
        </w:rPr>
        <w:lastRenderedPageBreak/>
        <w:t xml:space="preserve">1. </w:t>
      </w:r>
      <w:r w:rsidRPr="004B401A">
        <w:rPr>
          <w:color w:val="000000" w:themeColor="text1"/>
          <w:lang w:val="nl-NL"/>
        </w:rPr>
        <w:t>Inleiding</w:t>
      </w:r>
      <w:bookmarkEnd w:id="11"/>
    </w:p>
    <w:p w14:paraId="0A45D213" w14:textId="77777777" w:rsidR="00234D5C" w:rsidRPr="00703D1D" w:rsidRDefault="00234D5C" w:rsidP="00234D5C">
      <w:pPr>
        <w:rPr>
          <w:lang w:val="nl-NL"/>
        </w:rPr>
      </w:pPr>
      <w:r w:rsidRPr="004B401A">
        <w:rPr>
          <w:rFonts w:asciiTheme="majorHAnsi" w:hAnsiTheme="majorHAnsi" w:cstheme="majorHAnsi"/>
          <w:lang w:val="nl-NL"/>
        </w:rPr>
        <w:t>Dit rapport bevat een professioneel advies over de huidige IT-inrichting binnen de organisatie. Het behandelt geïnstalleerde applicaties, beveiligingsaandachtspunten, risicoanalyses en aanbevelingen voor uitbreiding van het softwarepakket voor medewerkers in mediavormgeving</w:t>
      </w:r>
      <w:r w:rsidRPr="00703D1D">
        <w:rPr>
          <w:lang w:val="nl-NL"/>
        </w:rPr>
        <w:t>.</w:t>
      </w:r>
    </w:p>
    <w:p w14:paraId="3398C9A4" w14:textId="77777777" w:rsidR="00234D5C" w:rsidRPr="00703D1D" w:rsidRDefault="00234D5C" w:rsidP="00234D5C">
      <w:pPr>
        <w:pStyle w:val="Heading1"/>
        <w:rPr>
          <w:lang w:val="nl-NL"/>
        </w:rPr>
      </w:pPr>
      <w:bookmarkStart w:id="12" w:name="_Toc211262885"/>
      <w:r w:rsidRPr="00703D1D">
        <w:rPr>
          <w:lang w:val="nl-NL"/>
        </w:rPr>
        <w:t xml:space="preserve">2. </w:t>
      </w:r>
      <w:r w:rsidRPr="004B401A">
        <w:rPr>
          <w:color w:val="000000" w:themeColor="text1"/>
          <w:lang w:val="nl-NL"/>
        </w:rPr>
        <w:t>Advies over geïnstalleerde applicaties en operating system</w:t>
      </w:r>
      <w:bookmarkEnd w:id="12"/>
    </w:p>
    <w:p w14:paraId="077C6EE6" w14:textId="77777777" w:rsidR="00234D5C" w:rsidRPr="004B401A" w:rsidRDefault="00234D5C" w:rsidP="00234D5C">
      <w:pPr>
        <w:rPr>
          <w:rFonts w:asciiTheme="majorHAnsi" w:hAnsiTheme="majorHAnsi" w:cstheme="majorHAnsi"/>
        </w:rPr>
      </w:pPr>
      <w:proofErr w:type="spellStart"/>
      <w:r w:rsidRPr="004B401A">
        <w:rPr>
          <w:rFonts w:asciiTheme="majorHAnsi" w:hAnsiTheme="majorHAnsi" w:cstheme="majorHAnsi"/>
        </w:rPr>
        <w:t>Huidige</w:t>
      </w:r>
      <w:proofErr w:type="spellEnd"/>
      <w:r w:rsidRPr="004B401A">
        <w:rPr>
          <w:rFonts w:asciiTheme="majorHAnsi" w:hAnsiTheme="majorHAnsi" w:cstheme="majorHAnsi"/>
        </w:rPr>
        <w:t xml:space="preserve"> </w:t>
      </w:r>
      <w:proofErr w:type="spellStart"/>
      <w:r w:rsidRPr="004B401A">
        <w:rPr>
          <w:rFonts w:asciiTheme="majorHAnsi" w:hAnsiTheme="majorHAnsi" w:cstheme="majorHAnsi"/>
        </w:rPr>
        <w:t>omgeving</w:t>
      </w:r>
      <w:proofErr w:type="spellEnd"/>
      <w:r w:rsidRPr="004B401A">
        <w:rPr>
          <w:rFonts w:asciiTheme="majorHAnsi" w:hAnsiTheme="majorHAnsi" w:cstheme="majorHAnsi"/>
        </w:rPr>
        <w:t>:</w:t>
      </w:r>
    </w:p>
    <w:p w14:paraId="4BB72A9F" w14:textId="77777777" w:rsidR="00234D5C" w:rsidRPr="004B401A" w:rsidRDefault="00234D5C" w:rsidP="00234D5C">
      <w:pPr>
        <w:rPr>
          <w:rFonts w:asciiTheme="majorHAnsi" w:hAnsiTheme="majorHAnsi" w:cstheme="majorHAnsi"/>
        </w:rPr>
      </w:pPr>
      <w:r w:rsidRPr="004B401A">
        <w:rPr>
          <w:rFonts w:asciiTheme="majorHAnsi" w:hAnsiTheme="majorHAnsi" w:cstheme="majorHAnsi"/>
        </w:rPr>
        <w:t>• Operating System: Windows 11 Pro</w:t>
      </w:r>
      <w:r w:rsidRPr="004B401A">
        <w:rPr>
          <w:rFonts w:asciiTheme="majorHAnsi" w:hAnsiTheme="majorHAnsi" w:cstheme="majorHAnsi"/>
        </w:rPr>
        <w:br/>
        <w:t xml:space="preserve">• </w:t>
      </w:r>
      <w:proofErr w:type="spellStart"/>
      <w:r w:rsidRPr="004B401A">
        <w:rPr>
          <w:rFonts w:asciiTheme="majorHAnsi" w:hAnsiTheme="majorHAnsi" w:cstheme="majorHAnsi"/>
        </w:rPr>
        <w:t>Applicaties</w:t>
      </w:r>
      <w:proofErr w:type="spellEnd"/>
      <w:r w:rsidRPr="004B401A">
        <w:rPr>
          <w:rFonts w:asciiTheme="majorHAnsi" w:hAnsiTheme="majorHAnsi" w:cstheme="majorHAnsi"/>
        </w:rPr>
        <w:t>:</w:t>
      </w:r>
      <w:r w:rsidRPr="004B401A">
        <w:rPr>
          <w:rFonts w:asciiTheme="majorHAnsi" w:hAnsiTheme="majorHAnsi" w:cstheme="majorHAnsi"/>
        </w:rPr>
        <w:br/>
        <w:t xml:space="preserve">  o Microsoft Office (Word, Excel, PowerPoint)</w:t>
      </w:r>
      <w:r w:rsidRPr="004B401A">
        <w:rPr>
          <w:rFonts w:asciiTheme="majorHAnsi" w:hAnsiTheme="majorHAnsi" w:cstheme="majorHAnsi"/>
        </w:rPr>
        <w:br/>
        <w:t xml:space="preserve">  o Google Chrome</w:t>
      </w:r>
      <w:r w:rsidRPr="004B401A">
        <w:rPr>
          <w:rFonts w:asciiTheme="majorHAnsi" w:hAnsiTheme="majorHAnsi" w:cstheme="majorHAnsi"/>
        </w:rPr>
        <w:br/>
        <w:t xml:space="preserve">  o Microsoft Teams</w:t>
      </w:r>
      <w:r w:rsidRPr="004B401A">
        <w:rPr>
          <w:rFonts w:asciiTheme="majorHAnsi" w:hAnsiTheme="majorHAnsi" w:cstheme="majorHAnsi"/>
        </w:rPr>
        <w:br/>
        <w:t xml:space="preserve">  o WinRAR</w:t>
      </w:r>
      <w:r w:rsidRPr="004B401A">
        <w:rPr>
          <w:rFonts w:asciiTheme="majorHAnsi" w:hAnsiTheme="majorHAnsi" w:cstheme="majorHAnsi"/>
        </w:rPr>
        <w:br/>
        <w:t xml:space="preserve">  o Adobe Reader</w:t>
      </w:r>
    </w:p>
    <w:p w14:paraId="4CEAF106" w14:textId="77777777" w:rsidR="00234D5C" w:rsidRPr="004B401A" w:rsidRDefault="00234D5C" w:rsidP="00234D5C">
      <w:pPr>
        <w:rPr>
          <w:rFonts w:asciiTheme="majorHAnsi" w:hAnsiTheme="majorHAnsi" w:cstheme="majorHAnsi"/>
          <w:lang w:val="nl-NL"/>
        </w:rPr>
      </w:pPr>
      <w:r w:rsidRPr="008337C8">
        <w:rPr>
          <w:rFonts w:asciiTheme="majorHAnsi" w:hAnsiTheme="majorHAnsi" w:cstheme="majorHAnsi"/>
          <w:b/>
          <w:bCs/>
          <w:lang w:val="nl-NL"/>
        </w:rPr>
        <w:t>Onderhoud en updates</w:t>
      </w:r>
      <w:r w:rsidRPr="004B401A">
        <w:rPr>
          <w:rFonts w:asciiTheme="majorHAnsi" w:hAnsiTheme="majorHAnsi" w:cstheme="majorHAnsi"/>
          <w:lang w:val="nl-NL"/>
        </w:rPr>
        <w:t>:</w:t>
      </w:r>
    </w:p>
    <w:p w14:paraId="6C2D5628" w14:textId="77777777" w:rsidR="00234D5C" w:rsidRPr="004B401A" w:rsidRDefault="00234D5C" w:rsidP="00234D5C">
      <w:pPr>
        <w:rPr>
          <w:rFonts w:asciiTheme="majorHAnsi" w:hAnsiTheme="majorHAnsi" w:cstheme="majorHAnsi"/>
          <w:lang w:val="nl-NL"/>
        </w:rPr>
      </w:pPr>
      <w:r w:rsidRPr="004B401A">
        <w:rPr>
          <w:rFonts w:asciiTheme="majorHAnsi" w:hAnsiTheme="majorHAnsi" w:cstheme="majorHAnsi"/>
          <w:lang w:val="nl-NL"/>
        </w:rPr>
        <w:t xml:space="preserve">• </w:t>
      </w:r>
      <w:r w:rsidRPr="008337C8">
        <w:rPr>
          <w:rFonts w:asciiTheme="majorHAnsi" w:hAnsiTheme="majorHAnsi" w:cstheme="majorHAnsi"/>
          <w:b/>
          <w:bCs/>
          <w:lang w:val="nl-NL"/>
        </w:rPr>
        <w:t>Google Chrome</w:t>
      </w:r>
      <w:r w:rsidRPr="004B401A">
        <w:rPr>
          <w:rFonts w:asciiTheme="majorHAnsi" w:hAnsiTheme="majorHAnsi" w:cstheme="majorHAnsi"/>
          <w:lang w:val="nl-NL"/>
        </w:rPr>
        <w:t xml:space="preserve">: </w:t>
      </w:r>
      <w:r w:rsidRPr="005466D3">
        <w:rPr>
          <w:rFonts w:asciiTheme="majorHAnsi" w:hAnsiTheme="majorHAnsi" w:cstheme="majorHAnsi"/>
          <w:color w:val="FF0000"/>
          <w:lang w:val="nl-NL"/>
        </w:rPr>
        <w:t>Automatische updates zijn ingeschakeld</w:t>
      </w:r>
      <w:r w:rsidRPr="004B401A">
        <w:rPr>
          <w:rFonts w:asciiTheme="majorHAnsi" w:hAnsiTheme="majorHAnsi" w:cstheme="majorHAnsi"/>
          <w:lang w:val="nl-NL"/>
        </w:rPr>
        <w:t>. Aanbevolen: maandelijkse controle op compatibiliteit en beveiliging.</w:t>
      </w:r>
      <w:r w:rsidRPr="004B401A">
        <w:rPr>
          <w:rFonts w:asciiTheme="majorHAnsi" w:hAnsiTheme="majorHAnsi" w:cstheme="majorHAnsi"/>
          <w:lang w:val="nl-NL"/>
        </w:rPr>
        <w:br/>
        <w:t xml:space="preserve">• </w:t>
      </w:r>
      <w:proofErr w:type="spellStart"/>
      <w:r w:rsidRPr="008337C8">
        <w:rPr>
          <w:rFonts w:asciiTheme="majorHAnsi" w:hAnsiTheme="majorHAnsi" w:cstheme="majorHAnsi"/>
          <w:b/>
          <w:bCs/>
          <w:lang w:val="nl-NL"/>
        </w:rPr>
        <w:t>WinRAR</w:t>
      </w:r>
      <w:proofErr w:type="spellEnd"/>
      <w:r w:rsidRPr="004B401A">
        <w:rPr>
          <w:rFonts w:asciiTheme="majorHAnsi" w:hAnsiTheme="majorHAnsi" w:cstheme="majorHAnsi"/>
          <w:lang w:val="nl-NL"/>
        </w:rPr>
        <w:t xml:space="preserve">: </w:t>
      </w:r>
      <w:r w:rsidRPr="005466D3">
        <w:rPr>
          <w:rFonts w:asciiTheme="majorHAnsi" w:hAnsiTheme="majorHAnsi" w:cstheme="majorHAnsi"/>
          <w:color w:val="FF0000"/>
          <w:lang w:val="nl-NL"/>
        </w:rPr>
        <w:t xml:space="preserve">Handmatige updates vereist. </w:t>
      </w:r>
      <w:r w:rsidRPr="004B401A">
        <w:rPr>
          <w:rFonts w:asciiTheme="majorHAnsi" w:hAnsiTheme="majorHAnsi" w:cstheme="majorHAnsi"/>
          <w:lang w:val="nl-NL"/>
        </w:rPr>
        <w:t>Aanbevolen: elk kwartaal controleren op nieuwe versies.</w:t>
      </w:r>
      <w:r w:rsidRPr="004B401A">
        <w:rPr>
          <w:rFonts w:asciiTheme="majorHAnsi" w:hAnsiTheme="majorHAnsi" w:cstheme="majorHAnsi"/>
          <w:lang w:val="nl-NL"/>
        </w:rPr>
        <w:br/>
        <w:t xml:space="preserve">• </w:t>
      </w:r>
      <w:r w:rsidRPr="008337C8">
        <w:rPr>
          <w:rFonts w:asciiTheme="majorHAnsi" w:hAnsiTheme="majorHAnsi" w:cstheme="majorHAnsi"/>
          <w:b/>
          <w:bCs/>
          <w:lang w:val="nl-NL"/>
        </w:rPr>
        <w:t>Adobe Reader</w:t>
      </w:r>
      <w:r w:rsidRPr="005466D3">
        <w:rPr>
          <w:rFonts w:asciiTheme="majorHAnsi" w:hAnsiTheme="majorHAnsi" w:cstheme="majorHAnsi"/>
          <w:color w:val="FF0000"/>
          <w:lang w:val="nl-NL"/>
        </w:rPr>
        <w:t>: Automatische updates zijn beschikbaar</w:t>
      </w:r>
      <w:r w:rsidRPr="004B401A">
        <w:rPr>
          <w:rFonts w:asciiTheme="majorHAnsi" w:hAnsiTheme="majorHAnsi" w:cstheme="majorHAnsi"/>
          <w:lang w:val="nl-NL"/>
        </w:rPr>
        <w:t>. Aanbevolen: kwartaalcontrole op beveiligingspatches.</w:t>
      </w:r>
      <w:r w:rsidRPr="004B401A">
        <w:rPr>
          <w:rFonts w:asciiTheme="majorHAnsi" w:hAnsiTheme="majorHAnsi" w:cstheme="majorHAnsi"/>
          <w:lang w:val="nl-NL"/>
        </w:rPr>
        <w:br/>
        <w:t xml:space="preserve">• </w:t>
      </w:r>
      <w:r w:rsidRPr="008337C8">
        <w:rPr>
          <w:rFonts w:asciiTheme="majorHAnsi" w:hAnsiTheme="majorHAnsi" w:cstheme="majorHAnsi"/>
          <w:b/>
          <w:bCs/>
          <w:lang w:val="nl-NL"/>
        </w:rPr>
        <w:t>Windows OS</w:t>
      </w:r>
      <w:r w:rsidRPr="004B401A">
        <w:rPr>
          <w:rFonts w:asciiTheme="majorHAnsi" w:hAnsiTheme="majorHAnsi" w:cstheme="majorHAnsi"/>
          <w:lang w:val="nl-NL"/>
        </w:rPr>
        <w:t>: Maandelijkse updates via Windows Update. Aanbevolen: instellen op automatische installatie buiten werktijden (bijv. eerste maandag van de maand om 20:00).</w:t>
      </w:r>
    </w:p>
    <w:p w14:paraId="224F3AB6" w14:textId="77777777" w:rsidR="00234D5C" w:rsidRPr="00703D1D" w:rsidRDefault="00234D5C" w:rsidP="00234D5C">
      <w:pPr>
        <w:pStyle w:val="Heading1"/>
        <w:rPr>
          <w:lang w:val="nl-NL"/>
        </w:rPr>
      </w:pPr>
      <w:bookmarkStart w:id="13" w:name="_Toc211262886"/>
      <w:r w:rsidRPr="00703D1D">
        <w:rPr>
          <w:lang w:val="nl-NL"/>
        </w:rPr>
        <w:t>3</w:t>
      </w:r>
      <w:r w:rsidRPr="004B401A">
        <w:rPr>
          <w:color w:val="000000" w:themeColor="text1"/>
          <w:lang w:val="nl-NL"/>
        </w:rPr>
        <w:t>. Securityadvies: drie aandachtsgebieden</w:t>
      </w:r>
      <w:bookmarkEnd w:id="13"/>
    </w:p>
    <w:p w14:paraId="548C2D76" w14:textId="77777777" w:rsidR="00234D5C" w:rsidRPr="00703D1D" w:rsidRDefault="00234D5C" w:rsidP="00234D5C">
      <w:pPr>
        <w:rPr>
          <w:lang w:val="nl-NL"/>
        </w:rPr>
      </w:pPr>
      <w:r w:rsidRPr="00703D1D">
        <w:rPr>
          <w:lang w:val="nl-NL"/>
        </w:rPr>
        <w:t xml:space="preserve">1. </w:t>
      </w:r>
      <w:r w:rsidRPr="00B65B38">
        <w:rPr>
          <w:rFonts w:asciiTheme="majorHAnsi" w:hAnsiTheme="majorHAnsi" w:cstheme="majorHAnsi"/>
          <w:b/>
          <w:bCs/>
          <w:color w:val="FF0000"/>
          <w:lang w:val="nl-NL"/>
        </w:rPr>
        <w:t>Gebruikersrechten en toegangsbeheer</w:t>
      </w:r>
      <w:r w:rsidRPr="004B401A">
        <w:rPr>
          <w:rFonts w:asciiTheme="majorHAnsi" w:hAnsiTheme="majorHAnsi" w:cstheme="majorHAnsi"/>
          <w:lang w:val="nl-NL"/>
        </w:rPr>
        <w:br/>
        <w:t xml:space="preserve">Veel gebruikers hebben standaard administratorrechten. Advies: overstappen op </w:t>
      </w:r>
      <w:proofErr w:type="spellStart"/>
      <w:r w:rsidRPr="004B401A">
        <w:rPr>
          <w:rFonts w:asciiTheme="majorHAnsi" w:hAnsiTheme="majorHAnsi" w:cstheme="majorHAnsi"/>
          <w:lang w:val="nl-NL"/>
        </w:rPr>
        <w:t>rolgebaseerde</w:t>
      </w:r>
      <w:proofErr w:type="spellEnd"/>
      <w:r w:rsidRPr="004B401A">
        <w:rPr>
          <w:rFonts w:asciiTheme="majorHAnsi" w:hAnsiTheme="majorHAnsi" w:cstheme="majorHAnsi"/>
          <w:lang w:val="nl-NL"/>
        </w:rPr>
        <w:t xml:space="preserve"> toegang met minimale rechten per functie.</w:t>
      </w:r>
      <w:r w:rsidRPr="004B401A">
        <w:rPr>
          <w:rFonts w:asciiTheme="majorHAnsi" w:hAnsiTheme="majorHAnsi" w:cstheme="majorHAnsi"/>
          <w:lang w:val="nl-NL"/>
        </w:rPr>
        <w:br/>
      </w:r>
      <w:r w:rsidRPr="004B401A">
        <w:rPr>
          <w:rFonts w:asciiTheme="majorHAnsi" w:hAnsiTheme="majorHAnsi" w:cstheme="majorHAnsi"/>
          <w:lang w:val="nl-NL"/>
        </w:rPr>
        <w:br/>
        <w:t xml:space="preserve">2. </w:t>
      </w:r>
      <w:proofErr w:type="spellStart"/>
      <w:r w:rsidRPr="00B65B38">
        <w:rPr>
          <w:rFonts w:asciiTheme="majorHAnsi" w:hAnsiTheme="majorHAnsi" w:cstheme="majorHAnsi"/>
          <w:b/>
          <w:bCs/>
          <w:color w:val="FF0000"/>
          <w:lang w:val="nl-NL"/>
        </w:rPr>
        <w:t>Phishingbewustzijn</w:t>
      </w:r>
      <w:proofErr w:type="spellEnd"/>
      <w:r w:rsidRPr="00B65B38">
        <w:rPr>
          <w:rFonts w:asciiTheme="majorHAnsi" w:hAnsiTheme="majorHAnsi" w:cstheme="majorHAnsi"/>
          <w:b/>
          <w:bCs/>
          <w:color w:val="FF0000"/>
          <w:lang w:val="nl-NL"/>
        </w:rPr>
        <w:t xml:space="preserve"> en e-mailbeveiliging</w:t>
      </w:r>
      <w:r w:rsidRPr="004B401A">
        <w:rPr>
          <w:rFonts w:asciiTheme="majorHAnsi" w:hAnsiTheme="majorHAnsi" w:cstheme="majorHAnsi"/>
          <w:lang w:val="nl-NL"/>
        </w:rPr>
        <w:br/>
        <w:t xml:space="preserve">Medewerkers zijn kwetsbaar voor </w:t>
      </w:r>
      <w:proofErr w:type="spellStart"/>
      <w:r w:rsidRPr="004B401A">
        <w:rPr>
          <w:rFonts w:asciiTheme="majorHAnsi" w:hAnsiTheme="majorHAnsi" w:cstheme="majorHAnsi"/>
          <w:lang w:val="nl-NL"/>
        </w:rPr>
        <w:t>phishingaanvallen</w:t>
      </w:r>
      <w:proofErr w:type="spellEnd"/>
      <w:r w:rsidRPr="004B401A">
        <w:rPr>
          <w:rFonts w:asciiTheme="majorHAnsi" w:hAnsiTheme="majorHAnsi" w:cstheme="majorHAnsi"/>
          <w:lang w:val="nl-NL"/>
        </w:rPr>
        <w:t>. Advies: jaarlijkse awareness-training en implementatie van geavanceerde e-mailfilters.</w:t>
      </w:r>
      <w:r w:rsidRPr="004B401A">
        <w:rPr>
          <w:rFonts w:asciiTheme="majorHAnsi" w:hAnsiTheme="majorHAnsi" w:cstheme="majorHAnsi"/>
          <w:lang w:val="nl-NL"/>
        </w:rPr>
        <w:br/>
      </w:r>
      <w:r w:rsidRPr="004B401A">
        <w:rPr>
          <w:rFonts w:asciiTheme="majorHAnsi" w:hAnsiTheme="majorHAnsi" w:cstheme="majorHAnsi"/>
          <w:lang w:val="nl-NL"/>
        </w:rPr>
        <w:br/>
        <w:t>3</w:t>
      </w:r>
      <w:r w:rsidRPr="00C7157C">
        <w:rPr>
          <w:rFonts w:asciiTheme="majorHAnsi" w:hAnsiTheme="majorHAnsi" w:cstheme="majorHAnsi"/>
          <w:color w:val="FF0000"/>
          <w:lang w:val="nl-NL"/>
        </w:rPr>
        <w:t xml:space="preserve">. </w:t>
      </w:r>
      <w:proofErr w:type="spellStart"/>
      <w:r w:rsidRPr="00C7157C">
        <w:rPr>
          <w:rFonts w:asciiTheme="majorHAnsi" w:hAnsiTheme="majorHAnsi" w:cstheme="majorHAnsi"/>
          <w:b/>
          <w:bCs/>
          <w:color w:val="FF0000"/>
          <w:lang w:val="nl-NL"/>
        </w:rPr>
        <w:t>Endpoint</w:t>
      </w:r>
      <w:proofErr w:type="spellEnd"/>
      <w:r w:rsidRPr="00C7157C">
        <w:rPr>
          <w:rFonts w:asciiTheme="majorHAnsi" w:hAnsiTheme="majorHAnsi" w:cstheme="majorHAnsi"/>
          <w:b/>
          <w:bCs/>
          <w:color w:val="FF0000"/>
          <w:lang w:val="nl-NL"/>
        </w:rPr>
        <w:t>-beveiliging</w:t>
      </w:r>
      <w:r w:rsidRPr="004B401A">
        <w:rPr>
          <w:rFonts w:asciiTheme="majorHAnsi" w:hAnsiTheme="majorHAnsi" w:cstheme="majorHAnsi"/>
          <w:lang w:val="nl-NL"/>
        </w:rPr>
        <w:br/>
        <w:t xml:space="preserve">Er is antivirussoftware aanwezig, maar geen centrale monitoring. Advies: implementatie van Microsoft </w:t>
      </w:r>
      <w:proofErr w:type="spellStart"/>
      <w:r w:rsidRPr="004B401A">
        <w:rPr>
          <w:rFonts w:asciiTheme="majorHAnsi" w:hAnsiTheme="majorHAnsi" w:cstheme="majorHAnsi"/>
          <w:lang w:val="nl-NL"/>
        </w:rPr>
        <w:t>Defender</w:t>
      </w:r>
      <w:proofErr w:type="spellEnd"/>
      <w:r w:rsidRPr="004B401A">
        <w:rPr>
          <w:rFonts w:asciiTheme="majorHAnsi" w:hAnsiTheme="majorHAnsi" w:cstheme="majorHAnsi"/>
          <w:lang w:val="nl-NL"/>
        </w:rPr>
        <w:t xml:space="preserve"> </w:t>
      </w:r>
      <w:proofErr w:type="spellStart"/>
      <w:r w:rsidRPr="004B401A">
        <w:rPr>
          <w:rFonts w:asciiTheme="majorHAnsi" w:hAnsiTheme="majorHAnsi" w:cstheme="majorHAnsi"/>
          <w:lang w:val="nl-NL"/>
        </w:rPr>
        <w:t>for</w:t>
      </w:r>
      <w:proofErr w:type="spellEnd"/>
      <w:r w:rsidRPr="004B401A">
        <w:rPr>
          <w:rFonts w:asciiTheme="majorHAnsi" w:hAnsiTheme="majorHAnsi" w:cstheme="majorHAnsi"/>
          <w:lang w:val="nl-NL"/>
        </w:rPr>
        <w:t xml:space="preserve"> </w:t>
      </w:r>
      <w:proofErr w:type="spellStart"/>
      <w:r w:rsidRPr="004B401A">
        <w:rPr>
          <w:rFonts w:asciiTheme="majorHAnsi" w:hAnsiTheme="majorHAnsi" w:cstheme="majorHAnsi"/>
          <w:lang w:val="nl-NL"/>
        </w:rPr>
        <w:t>Endpoint</w:t>
      </w:r>
      <w:proofErr w:type="spellEnd"/>
      <w:r w:rsidRPr="004B401A">
        <w:rPr>
          <w:rFonts w:asciiTheme="majorHAnsi" w:hAnsiTheme="majorHAnsi" w:cstheme="majorHAnsi"/>
          <w:lang w:val="nl-NL"/>
        </w:rPr>
        <w:t xml:space="preserve"> of vergelijkbare oplossing voor </w:t>
      </w:r>
      <w:proofErr w:type="spellStart"/>
      <w:r w:rsidRPr="004B401A">
        <w:rPr>
          <w:rFonts w:asciiTheme="majorHAnsi" w:hAnsiTheme="majorHAnsi" w:cstheme="majorHAnsi"/>
          <w:lang w:val="nl-NL"/>
        </w:rPr>
        <w:t>realtime</w:t>
      </w:r>
      <w:proofErr w:type="spellEnd"/>
      <w:r w:rsidRPr="004B401A">
        <w:rPr>
          <w:rFonts w:asciiTheme="majorHAnsi" w:hAnsiTheme="majorHAnsi" w:cstheme="majorHAnsi"/>
          <w:lang w:val="nl-NL"/>
        </w:rPr>
        <w:t xml:space="preserve"> monitoring en incidentrespons</w:t>
      </w:r>
      <w:r w:rsidRPr="00703D1D">
        <w:rPr>
          <w:lang w:val="nl-NL"/>
        </w:rPr>
        <w:t>.</w:t>
      </w:r>
    </w:p>
    <w:p w14:paraId="20B8DD70" w14:textId="77777777" w:rsidR="00234D5C" w:rsidRPr="00703D1D" w:rsidRDefault="00234D5C" w:rsidP="00234D5C">
      <w:pPr>
        <w:pStyle w:val="Heading1"/>
        <w:rPr>
          <w:lang w:val="nl-NL"/>
        </w:rPr>
      </w:pPr>
      <w:bookmarkStart w:id="14" w:name="_Toc211262887"/>
      <w:r w:rsidRPr="00703D1D">
        <w:rPr>
          <w:lang w:val="nl-NL"/>
        </w:rPr>
        <w:lastRenderedPageBreak/>
        <w:t xml:space="preserve">4. </w:t>
      </w:r>
      <w:r w:rsidRPr="004B401A">
        <w:rPr>
          <w:color w:val="000000" w:themeColor="text1"/>
          <w:lang w:val="nl-NL"/>
        </w:rPr>
        <w:t>Applicatiegebruik en risicoanalyse</w:t>
      </w:r>
      <w:bookmarkEnd w:id="14"/>
    </w:p>
    <w:tbl>
      <w:tblPr>
        <w:tblW w:w="0" w:type="auto"/>
        <w:tblLook w:val="04A0" w:firstRow="1" w:lastRow="0" w:firstColumn="1" w:lastColumn="0" w:noHBand="0" w:noVBand="1"/>
      </w:tblPr>
      <w:tblGrid>
        <w:gridCol w:w="2880"/>
        <w:gridCol w:w="2880"/>
        <w:gridCol w:w="2880"/>
      </w:tblGrid>
      <w:tr w:rsidR="00234D5C" w:rsidRPr="004B401A" w14:paraId="4964726F" w14:textId="77777777" w:rsidTr="00A848CF">
        <w:tc>
          <w:tcPr>
            <w:tcW w:w="2880" w:type="dxa"/>
          </w:tcPr>
          <w:p w14:paraId="6F13D5CB" w14:textId="77777777" w:rsidR="00234D5C" w:rsidRPr="004B401A" w:rsidRDefault="00234D5C" w:rsidP="00A848CF">
            <w:pPr>
              <w:rPr>
                <w:rFonts w:asciiTheme="majorHAnsi" w:hAnsiTheme="majorHAnsi" w:cstheme="majorHAnsi"/>
              </w:rPr>
            </w:pPr>
            <w:proofErr w:type="spellStart"/>
            <w:r w:rsidRPr="004B401A">
              <w:rPr>
                <w:rFonts w:asciiTheme="majorHAnsi" w:hAnsiTheme="majorHAnsi" w:cstheme="majorHAnsi"/>
              </w:rPr>
              <w:t>Applicatie</w:t>
            </w:r>
            <w:proofErr w:type="spellEnd"/>
          </w:p>
        </w:tc>
        <w:tc>
          <w:tcPr>
            <w:tcW w:w="2880" w:type="dxa"/>
          </w:tcPr>
          <w:p w14:paraId="66FDD138" w14:textId="77777777" w:rsidR="00234D5C" w:rsidRPr="004B401A" w:rsidRDefault="00234D5C" w:rsidP="00A848CF">
            <w:pPr>
              <w:rPr>
                <w:rFonts w:asciiTheme="majorHAnsi" w:hAnsiTheme="majorHAnsi" w:cstheme="majorHAnsi"/>
              </w:rPr>
            </w:pPr>
            <w:proofErr w:type="spellStart"/>
            <w:r w:rsidRPr="004B401A">
              <w:rPr>
                <w:rFonts w:asciiTheme="majorHAnsi" w:hAnsiTheme="majorHAnsi" w:cstheme="majorHAnsi"/>
              </w:rPr>
              <w:t>Gebruik</w:t>
            </w:r>
            <w:proofErr w:type="spellEnd"/>
          </w:p>
        </w:tc>
        <w:tc>
          <w:tcPr>
            <w:tcW w:w="2880" w:type="dxa"/>
          </w:tcPr>
          <w:p w14:paraId="32503094"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Risico’s</w:t>
            </w:r>
          </w:p>
        </w:tc>
      </w:tr>
      <w:tr w:rsidR="00234D5C" w:rsidRPr="00067797" w14:paraId="76FF44C7" w14:textId="77777777" w:rsidTr="00A848CF">
        <w:tc>
          <w:tcPr>
            <w:tcW w:w="2880" w:type="dxa"/>
          </w:tcPr>
          <w:p w14:paraId="2D86EFE8"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Word/Excel/PowerPoint</w:t>
            </w:r>
          </w:p>
        </w:tc>
        <w:tc>
          <w:tcPr>
            <w:tcW w:w="2880" w:type="dxa"/>
          </w:tcPr>
          <w:p w14:paraId="2CAE5A1E" w14:textId="77777777" w:rsidR="00234D5C" w:rsidRPr="004B401A" w:rsidRDefault="00234D5C" w:rsidP="00A848CF">
            <w:pPr>
              <w:rPr>
                <w:rFonts w:asciiTheme="majorHAnsi" w:hAnsiTheme="majorHAnsi" w:cstheme="majorHAnsi"/>
              </w:rPr>
            </w:pPr>
            <w:proofErr w:type="spellStart"/>
            <w:r w:rsidRPr="004B401A">
              <w:rPr>
                <w:rFonts w:asciiTheme="majorHAnsi" w:hAnsiTheme="majorHAnsi" w:cstheme="majorHAnsi"/>
              </w:rPr>
              <w:t>Documentcreatie</w:t>
            </w:r>
            <w:proofErr w:type="spellEnd"/>
            <w:r w:rsidRPr="004B401A">
              <w:rPr>
                <w:rFonts w:asciiTheme="majorHAnsi" w:hAnsiTheme="majorHAnsi" w:cstheme="majorHAnsi"/>
              </w:rPr>
              <w:t xml:space="preserve"> </w:t>
            </w:r>
            <w:proofErr w:type="spellStart"/>
            <w:r w:rsidRPr="004B401A">
              <w:rPr>
                <w:rFonts w:asciiTheme="majorHAnsi" w:hAnsiTheme="majorHAnsi" w:cstheme="majorHAnsi"/>
              </w:rPr>
              <w:t>en</w:t>
            </w:r>
            <w:proofErr w:type="spellEnd"/>
            <w:r w:rsidRPr="004B401A">
              <w:rPr>
                <w:rFonts w:asciiTheme="majorHAnsi" w:hAnsiTheme="majorHAnsi" w:cstheme="majorHAnsi"/>
              </w:rPr>
              <w:t xml:space="preserve"> -</w:t>
            </w:r>
            <w:proofErr w:type="spellStart"/>
            <w:r w:rsidRPr="004B401A">
              <w:rPr>
                <w:rFonts w:asciiTheme="majorHAnsi" w:hAnsiTheme="majorHAnsi" w:cstheme="majorHAnsi"/>
              </w:rPr>
              <w:t>bewerking</w:t>
            </w:r>
            <w:proofErr w:type="spellEnd"/>
          </w:p>
        </w:tc>
        <w:tc>
          <w:tcPr>
            <w:tcW w:w="2880" w:type="dxa"/>
          </w:tcPr>
          <w:p w14:paraId="37C40BA3" w14:textId="77777777" w:rsidR="00234D5C" w:rsidRPr="004B401A" w:rsidRDefault="00234D5C" w:rsidP="00A848CF">
            <w:pPr>
              <w:rPr>
                <w:rFonts w:asciiTheme="majorHAnsi" w:hAnsiTheme="majorHAnsi" w:cstheme="majorHAnsi"/>
                <w:lang w:val="nl-NL"/>
              </w:rPr>
            </w:pPr>
            <w:r w:rsidRPr="004B401A">
              <w:rPr>
                <w:rFonts w:asciiTheme="majorHAnsi" w:hAnsiTheme="majorHAnsi" w:cstheme="majorHAnsi"/>
                <w:lang w:val="nl-NL"/>
              </w:rPr>
              <w:t>Macro’s kunnen misbruikt worden voor malware</w:t>
            </w:r>
          </w:p>
        </w:tc>
      </w:tr>
      <w:tr w:rsidR="00234D5C" w:rsidRPr="00067797" w14:paraId="12443EC0" w14:textId="77777777" w:rsidTr="00A848CF">
        <w:tc>
          <w:tcPr>
            <w:tcW w:w="2880" w:type="dxa"/>
          </w:tcPr>
          <w:p w14:paraId="39FE7AF5"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Google Chrome</w:t>
            </w:r>
          </w:p>
        </w:tc>
        <w:tc>
          <w:tcPr>
            <w:tcW w:w="2880" w:type="dxa"/>
          </w:tcPr>
          <w:p w14:paraId="72BFDBCC" w14:textId="77777777" w:rsidR="00234D5C" w:rsidRPr="004B401A" w:rsidRDefault="00234D5C" w:rsidP="00A848CF">
            <w:pPr>
              <w:rPr>
                <w:rFonts w:asciiTheme="majorHAnsi" w:hAnsiTheme="majorHAnsi" w:cstheme="majorHAnsi"/>
              </w:rPr>
            </w:pPr>
            <w:proofErr w:type="spellStart"/>
            <w:r w:rsidRPr="004B401A">
              <w:rPr>
                <w:rFonts w:asciiTheme="majorHAnsi" w:hAnsiTheme="majorHAnsi" w:cstheme="majorHAnsi"/>
              </w:rPr>
              <w:t>Webbrowser</w:t>
            </w:r>
            <w:proofErr w:type="spellEnd"/>
          </w:p>
        </w:tc>
        <w:tc>
          <w:tcPr>
            <w:tcW w:w="2880" w:type="dxa"/>
          </w:tcPr>
          <w:p w14:paraId="4560164C" w14:textId="77777777" w:rsidR="00234D5C" w:rsidRPr="004B401A" w:rsidRDefault="00234D5C" w:rsidP="00A848CF">
            <w:pPr>
              <w:rPr>
                <w:rFonts w:asciiTheme="majorHAnsi" w:hAnsiTheme="majorHAnsi" w:cstheme="majorHAnsi"/>
                <w:lang w:val="nl-NL"/>
              </w:rPr>
            </w:pPr>
            <w:r w:rsidRPr="004B401A">
              <w:rPr>
                <w:rFonts w:asciiTheme="majorHAnsi" w:hAnsiTheme="majorHAnsi" w:cstheme="majorHAnsi"/>
                <w:lang w:val="nl-NL"/>
              </w:rPr>
              <w:t>Kwetsbaar voor zero-</w:t>
            </w:r>
            <w:proofErr w:type="spellStart"/>
            <w:r w:rsidRPr="004B401A">
              <w:rPr>
                <w:rFonts w:asciiTheme="majorHAnsi" w:hAnsiTheme="majorHAnsi" w:cstheme="majorHAnsi"/>
                <w:lang w:val="nl-NL"/>
              </w:rPr>
              <w:t>day</w:t>
            </w:r>
            <w:proofErr w:type="spellEnd"/>
            <w:r w:rsidRPr="004B401A">
              <w:rPr>
                <w:rFonts w:asciiTheme="majorHAnsi" w:hAnsiTheme="majorHAnsi" w:cstheme="majorHAnsi"/>
                <w:lang w:val="nl-NL"/>
              </w:rPr>
              <w:t xml:space="preserve"> </w:t>
            </w:r>
            <w:proofErr w:type="spellStart"/>
            <w:r w:rsidRPr="004B401A">
              <w:rPr>
                <w:rFonts w:asciiTheme="majorHAnsi" w:hAnsiTheme="majorHAnsi" w:cstheme="majorHAnsi"/>
                <w:lang w:val="nl-NL"/>
              </w:rPr>
              <w:t>exploits</w:t>
            </w:r>
            <w:proofErr w:type="spellEnd"/>
          </w:p>
        </w:tc>
      </w:tr>
      <w:tr w:rsidR="00234D5C" w:rsidRPr="00067797" w14:paraId="117920D3" w14:textId="77777777" w:rsidTr="00A848CF">
        <w:tc>
          <w:tcPr>
            <w:tcW w:w="2880" w:type="dxa"/>
          </w:tcPr>
          <w:p w14:paraId="5F27F6C2"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Microsoft Teams</w:t>
            </w:r>
          </w:p>
        </w:tc>
        <w:tc>
          <w:tcPr>
            <w:tcW w:w="2880" w:type="dxa"/>
          </w:tcPr>
          <w:p w14:paraId="1B32545C"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 xml:space="preserve">Videoconferencing </w:t>
            </w:r>
            <w:proofErr w:type="spellStart"/>
            <w:r w:rsidRPr="004B401A">
              <w:rPr>
                <w:rFonts w:asciiTheme="majorHAnsi" w:hAnsiTheme="majorHAnsi" w:cstheme="majorHAnsi"/>
              </w:rPr>
              <w:t>en</w:t>
            </w:r>
            <w:proofErr w:type="spellEnd"/>
            <w:r w:rsidRPr="004B401A">
              <w:rPr>
                <w:rFonts w:asciiTheme="majorHAnsi" w:hAnsiTheme="majorHAnsi" w:cstheme="majorHAnsi"/>
              </w:rPr>
              <w:t xml:space="preserve"> </w:t>
            </w:r>
            <w:proofErr w:type="spellStart"/>
            <w:r w:rsidRPr="004B401A">
              <w:rPr>
                <w:rFonts w:asciiTheme="majorHAnsi" w:hAnsiTheme="majorHAnsi" w:cstheme="majorHAnsi"/>
              </w:rPr>
              <w:t>samenwerking</w:t>
            </w:r>
            <w:proofErr w:type="spellEnd"/>
          </w:p>
        </w:tc>
        <w:tc>
          <w:tcPr>
            <w:tcW w:w="2880" w:type="dxa"/>
          </w:tcPr>
          <w:p w14:paraId="74DB05C4" w14:textId="77777777" w:rsidR="00234D5C" w:rsidRPr="004B401A" w:rsidRDefault="00234D5C" w:rsidP="00A848CF">
            <w:pPr>
              <w:rPr>
                <w:rFonts w:asciiTheme="majorHAnsi" w:hAnsiTheme="majorHAnsi" w:cstheme="majorHAnsi"/>
                <w:lang w:val="nl-NL"/>
              </w:rPr>
            </w:pPr>
            <w:r w:rsidRPr="004B401A">
              <w:rPr>
                <w:rFonts w:asciiTheme="majorHAnsi" w:hAnsiTheme="majorHAnsi" w:cstheme="majorHAnsi"/>
                <w:lang w:val="nl-NL"/>
              </w:rPr>
              <w:t>Gevoelige data via chat, risico op datalekken</w:t>
            </w:r>
          </w:p>
        </w:tc>
      </w:tr>
      <w:tr w:rsidR="00234D5C" w:rsidRPr="00067797" w14:paraId="4861BECC" w14:textId="77777777" w:rsidTr="00A848CF">
        <w:tc>
          <w:tcPr>
            <w:tcW w:w="2880" w:type="dxa"/>
          </w:tcPr>
          <w:p w14:paraId="6EECF26D"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WinRAR</w:t>
            </w:r>
          </w:p>
        </w:tc>
        <w:tc>
          <w:tcPr>
            <w:tcW w:w="2880" w:type="dxa"/>
          </w:tcPr>
          <w:p w14:paraId="131D2D25" w14:textId="77777777" w:rsidR="00234D5C" w:rsidRPr="004B401A" w:rsidRDefault="00234D5C" w:rsidP="00A848CF">
            <w:pPr>
              <w:rPr>
                <w:rFonts w:asciiTheme="majorHAnsi" w:hAnsiTheme="majorHAnsi" w:cstheme="majorHAnsi"/>
              </w:rPr>
            </w:pPr>
            <w:proofErr w:type="spellStart"/>
            <w:r w:rsidRPr="004B401A">
              <w:rPr>
                <w:rFonts w:asciiTheme="majorHAnsi" w:hAnsiTheme="majorHAnsi" w:cstheme="majorHAnsi"/>
              </w:rPr>
              <w:t>Compressie</w:t>
            </w:r>
            <w:proofErr w:type="spellEnd"/>
            <w:r w:rsidRPr="004B401A">
              <w:rPr>
                <w:rFonts w:asciiTheme="majorHAnsi" w:hAnsiTheme="majorHAnsi" w:cstheme="majorHAnsi"/>
              </w:rPr>
              <w:t xml:space="preserve"> van </w:t>
            </w:r>
            <w:proofErr w:type="spellStart"/>
            <w:r w:rsidRPr="004B401A">
              <w:rPr>
                <w:rFonts w:asciiTheme="majorHAnsi" w:hAnsiTheme="majorHAnsi" w:cstheme="majorHAnsi"/>
              </w:rPr>
              <w:t>bestanden</w:t>
            </w:r>
            <w:proofErr w:type="spellEnd"/>
          </w:p>
        </w:tc>
        <w:tc>
          <w:tcPr>
            <w:tcW w:w="2880" w:type="dxa"/>
          </w:tcPr>
          <w:p w14:paraId="6159AD7F" w14:textId="77777777" w:rsidR="00234D5C" w:rsidRPr="004B401A" w:rsidRDefault="00234D5C" w:rsidP="00A848CF">
            <w:pPr>
              <w:rPr>
                <w:rFonts w:asciiTheme="majorHAnsi" w:hAnsiTheme="majorHAnsi" w:cstheme="majorHAnsi"/>
                <w:lang w:val="nl-NL"/>
              </w:rPr>
            </w:pPr>
            <w:r w:rsidRPr="004B401A">
              <w:rPr>
                <w:rFonts w:asciiTheme="majorHAnsi" w:hAnsiTheme="majorHAnsi" w:cstheme="majorHAnsi"/>
                <w:lang w:val="nl-NL"/>
              </w:rPr>
              <w:t>Risico bij openen van onbekende .</w:t>
            </w:r>
            <w:proofErr w:type="spellStart"/>
            <w:r w:rsidRPr="004B401A">
              <w:rPr>
                <w:rFonts w:asciiTheme="majorHAnsi" w:hAnsiTheme="majorHAnsi" w:cstheme="majorHAnsi"/>
                <w:lang w:val="nl-NL"/>
              </w:rPr>
              <w:t>rar</w:t>
            </w:r>
            <w:proofErr w:type="spellEnd"/>
            <w:r w:rsidRPr="004B401A">
              <w:rPr>
                <w:rFonts w:asciiTheme="majorHAnsi" w:hAnsiTheme="majorHAnsi" w:cstheme="majorHAnsi"/>
                <w:lang w:val="nl-NL"/>
              </w:rPr>
              <w:t>-bestanden</w:t>
            </w:r>
          </w:p>
        </w:tc>
      </w:tr>
      <w:tr w:rsidR="00234D5C" w:rsidRPr="00067797" w14:paraId="28A3729F" w14:textId="77777777" w:rsidTr="00A848CF">
        <w:tc>
          <w:tcPr>
            <w:tcW w:w="2880" w:type="dxa"/>
          </w:tcPr>
          <w:p w14:paraId="68E173E5"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Adobe Reader</w:t>
            </w:r>
          </w:p>
        </w:tc>
        <w:tc>
          <w:tcPr>
            <w:tcW w:w="2880" w:type="dxa"/>
          </w:tcPr>
          <w:p w14:paraId="2C280597" w14:textId="77777777" w:rsidR="00234D5C" w:rsidRPr="004B401A" w:rsidRDefault="00234D5C" w:rsidP="00A848CF">
            <w:pPr>
              <w:rPr>
                <w:rFonts w:asciiTheme="majorHAnsi" w:hAnsiTheme="majorHAnsi" w:cstheme="majorHAnsi"/>
              </w:rPr>
            </w:pPr>
            <w:r w:rsidRPr="004B401A">
              <w:rPr>
                <w:rFonts w:asciiTheme="majorHAnsi" w:hAnsiTheme="majorHAnsi" w:cstheme="majorHAnsi"/>
              </w:rPr>
              <w:t>PDF-</w:t>
            </w:r>
            <w:proofErr w:type="spellStart"/>
            <w:r w:rsidRPr="004B401A">
              <w:rPr>
                <w:rFonts w:asciiTheme="majorHAnsi" w:hAnsiTheme="majorHAnsi" w:cstheme="majorHAnsi"/>
              </w:rPr>
              <w:t>weergave</w:t>
            </w:r>
            <w:proofErr w:type="spellEnd"/>
          </w:p>
        </w:tc>
        <w:tc>
          <w:tcPr>
            <w:tcW w:w="2880" w:type="dxa"/>
          </w:tcPr>
          <w:p w14:paraId="166B2CD4" w14:textId="77777777" w:rsidR="00234D5C" w:rsidRPr="004B401A" w:rsidRDefault="00234D5C" w:rsidP="00A848CF">
            <w:pPr>
              <w:rPr>
                <w:rFonts w:asciiTheme="majorHAnsi" w:hAnsiTheme="majorHAnsi" w:cstheme="majorHAnsi"/>
                <w:lang w:val="nl-NL"/>
              </w:rPr>
            </w:pPr>
            <w:proofErr w:type="spellStart"/>
            <w:r w:rsidRPr="004B401A">
              <w:rPr>
                <w:rFonts w:asciiTheme="majorHAnsi" w:hAnsiTheme="majorHAnsi" w:cstheme="majorHAnsi"/>
                <w:lang w:val="nl-NL"/>
              </w:rPr>
              <w:t>PDF-bestanden</w:t>
            </w:r>
            <w:proofErr w:type="spellEnd"/>
            <w:r w:rsidRPr="004B401A">
              <w:rPr>
                <w:rFonts w:asciiTheme="majorHAnsi" w:hAnsiTheme="majorHAnsi" w:cstheme="majorHAnsi"/>
                <w:lang w:val="nl-NL"/>
              </w:rPr>
              <w:t xml:space="preserve"> kunnen malware bevatten</w:t>
            </w:r>
          </w:p>
        </w:tc>
      </w:tr>
    </w:tbl>
    <w:p w14:paraId="2170FAAE" w14:textId="77777777" w:rsidR="00234D5C" w:rsidRPr="004B401A" w:rsidRDefault="00234D5C" w:rsidP="00234D5C">
      <w:pPr>
        <w:rPr>
          <w:rFonts w:asciiTheme="majorHAnsi" w:hAnsiTheme="majorHAnsi" w:cstheme="majorHAnsi"/>
          <w:lang w:val="nl-NL"/>
        </w:rPr>
      </w:pPr>
      <w:r w:rsidRPr="004B401A">
        <w:rPr>
          <w:rFonts w:asciiTheme="majorHAnsi" w:hAnsiTheme="majorHAnsi" w:cstheme="majorHAnsi"/>
          <w:lang w:val="nl-NL"/>
        </w:rPr>
        <w:t>Advies: regelmatige updates en gebruikersvoorlichting over veilig gebruik zijn essentieel.</w:t>
      </w:r>
    </w:p>
    <w:p w14:paraId="064DB28A" w14:textId="77777777" w:rsidR="00234D5C" w:rsidRPr="00703D1D" w:rsidRDefault="00234D5C" w:rsidP="00234D5C">
      <w:pPr>
        <w:pStyle w:val="Heading1"/>
        <w:rPr>
          <w:lang w:val="nl-NL"/>
        </w:rPr>
      </w:pPr>
      <w:bookmarkStart w:id="15" w:name="_Toc211262888"/>
      <w:r w:rsidRPr="00703D1D">
        <w:rPr>
          <w:lang w:val="nl-NL"/>
        </w:rPr>
        <w:t xml:space="preserve">5. </w:t>
      </w:r>
      <w:r w:rsidRPr="004B401A">
        <w:rPr>
          <w:color w:val="000000" w:themeColor="text1"/>
          <w:lang w:val="nl-NL"/>
        </w:rPr>
        <w:t>Aanbeveling extra applicaties voor mediavormgeving</w:t>
      </w:r>
      <w:bookmarkEnd w:id="15"/>
    </w:p>
    <w:p w14:paraId="6DC71CFD" w14:textId="77777777" w:rsidR="00234D5C" w:rsidRPr="00703D1D" w:rsidRDefault="00234D5C" w:rsidP="00234D5C">
      <w:pPr>
        <w:rPr>
          <w:lang w:val="nl-NL"/>
        </w:rPr>
      </w:pPr>
      <w:r w:rsidRPr="00703D1D">
        <w:rPr>
          <w:lang w:val="nl-NL"/>
        </w:rPr>
        <w:t>1</w:t>
      </w:r>
      <w:r w:rsidRPr="004B401A">
        <w:rPr>
          <w:rFonts w:asciiTheme="majorHAnsi" w:hAnsiTheme="majorHAnsi" w:cstheme="majorHAnsi"/>
          <w:lang w:val="nl-NL"/>
        </w:rPr>
        <w:t>. Adobe Creative Cloud</w:t>
      </w:r>
      <w:r w:rsidRPr="004B401A">
        <w:rPr>
          <w:rFonts w:asciiTheme="majorHAnsi" w:hAnsiTheme="majorHAnsi" w:cstheme="majorHAnsi"/>
          <w:lang w:val="nl-NL"/>
        </w:rPr>
        <w:br/>
        <w:t xml:space="preserve">Bevat Photoshop, Illustrator, </w:t>
      </w:r>
      <w:proofErr w:type="spellStart"/>
      <w:r w:rsidRPr="004B401A">
        <w:rPr>
          <w:rFonts w:asciiTheme="majorHAnsi" w:hAnsiTheme="majorHAnsi" w:cstheme="majorHAnsi"/>
          <w:lang w:val="nl-NL"/>
        </w:rPr>
        <w:t>Premiere</w:t>
      </w:r>
      <w:proofErr w:type="spellEnd"/>
      <w:r w:rsidRPr="004B401A">
        <w:rPr>
          <w:rFonts w:asciiTheme="majorHAnsi" w:hAnsiTheme="majorHAnsi" w:cstheme="majorHAnsi"/>
          <w:lang w:val="nl-NL"/>
        </w:rPr>
        <w:t xml:space="preserve"> Pro en meer. </w:t>
      </w:r>
      <w:proofErr w:type="spellStart"/>
      <w:r w:rsidRPr="004B401A">
        <w:rPr>
          <w:rFonts w:asciiTheme="majorHAnsi" w:hAnsiTheme="majorHAnsi" w:cstheme="majorHAnsi"/>
          <w:lang w:val="nl-NL"/>
        </w:rPr>
        <w:t>Industry</w:t>
      </w:r>
      <w:proofErr w:type="spellEnd"/>
      <w:r w:rsidRPr="004B401A">
        <w:rPr>
          <w:rFonts w:asciiTheme="majorHAnsi" w:hAnsiTheme="majorHAnsi" w:cstheme="majorHAnsi"/>
          <w:lang w:val="nl-NL"/>
        </w:rPr>
        <w:t xml:space="preserve"> standard voor grafisch ontwerp en videobewerking. Voordeel: Naadloze integratie met Adobe Reader en PDF-</w:t>
      </w:r>
      <w:proofErr w:type="spellStart"/>
      <w:r w:rsidRPr="004B401A">
        <w:rPr>
          <w:rFonts w:asciiTheme="majorHAnsi" w:hAnsiTheme="majorHAnsi" w:cstheme="majorHAnsi"/>
          <w:lang w:val="nl-NL"/>
        </w:rPr>
        <w:t>workflows</w:t>
      </w:r>
      <w:proofErr w:type="spellEnd"/>
      <w:r w:rsidRPr="004B401A">
        <w:rPr>
          <w:rFonts w:asciiTheme="majorHAnsi" w:hAnsiTheme="majorHAnsi" w:cstheme="majorHAnsi"/>
          <w:lang w:val="nl-NL"/>
        </w:rPr>
        <w:t>.</w:t>
      </w:r>
      <w:r w:rsidRPr="004B401A">
        <w:rPr>
          <w:rFonts w:asciiTheme="majorHAnsi" w:hAnsiTheme="majorHAnsi" w:cstheme="majorHAnsi"/>
          <w:lang w:val="nl-NL"/>
        </w:rPr>
        <w:br/>
      </w:r>
      <w:r w:rsidRPr="004B401A">
        <w:rPr>
          <w:rFonts w:asciiTheme="majorHAnsi" w:hAnsiTheme="majorHAnsi" w:cstheme="majorHAnsi"/>
          <w:lang w:val="nl-NL"/>
        </w:rPr>
        <w:br/>
        <w:t xml:space="preserve">2. </w:t>
      </w:r>
      <w:proofErr w:type="spellStart"/>
      <w:r w:rsidRPr="004B401A">
        <w:rPr>
          <w:rFonts w:asciiTheme="majorHAnsi" w:hAnsiTheme="majorHAnsi" w:cstheme="majorHAnsi"/>
          <w:lang w:val="nl-NL"/>
        </w:rPr>
        <w:t>Canva</w:t>
      </w:r>
      <w:proofErr w:type="spellEnd"/>
      <w:r w:rsidRPr="004B401A">
        <w:rPr>
          <w:rFonts w:asciiTheme="majorHAnsi" w:hAnsiTheme="majorHAnsi" w:cstheme="majorHAnsi"/>
          <w:lang w:val="nl-NL"/>
        </w:rPr>
        <w:t xml:space="preserve"> Pro</w:t>
      </w:r>
      <w:r w:rsidRPr="004B401A">
        <w:rPr>
          <w:rFonts w:asciiTheme="majorHAnsi" w:hAnsiTheme="majorHAnsi" w:cstheme="majorHAnsi"/>
          <w:lang w:val="nl-NL"/>
        </w:rPr>
        <w:br/>
        <w:t xml:space="preserve">Gebruiksvriendelijke tool voor snelle ontwerpen, </w:t>
      </w:r>
      <w:proofErr w:type="spellStart"/>
      <w:r w:rsidRPr="004B401A">
        <w:rPr>
          <w:rFonts w:asciiTheme="majorHAnsi" w:hAnsiTheme="majorHAnsi" w:cstheme="majorHAnsi"/>
          <w:lang w:val="nl-NL"/>
        </w:rPr>
        <w:t>social</w:t>
      </w:r>
      <w:proofErr w:type="spellEnd"/>
      <w:r w:rsidRPr="004B401A">
        <w:rPr>
          <w:rFonts w:asciiTheme="majorHAnsi" w:hAnsiTheme="majorHAnsi" w:cstheme="majorHAnsi"/>
          <w:lang w:val="nl-NL"/>
        </w:rPr>
        <w:t xml:space="preserve"> media </w:t>
      </w:r>
      <w:proofErr w:type="spellStart"/>
      <w:r w:rsidRPr="004B401A">
        <w:rPr>
          <w:rFonts w:asciiTheme="majorHAnsi" w:hAnsiTheme="majorHAnsi" w:cstheme="majorHAnsi"/>
          <w:lang w:val="nl-NL"/>
        </w:rPr>
        <w:t>visuals</w:t>
      </w:r>
      <w:proofErr w:type="spellEnd"/>
      <w:r w:rsidRPr="004B401A">
        <w:rPr>
          <w:rFonts w:asciiTheme="majorHAnsi" w:hAnsiTheme="majorHAnsi" w:cstheme="majorHAnsi"/>
          <w:lang w:val="nl-NL"/>
        </w:rPr>
        <w:t xml:space="preserve"> en presentaties. Voordeel: </w:t>
      </w:r>
      <w:proofErr w:type="spellStart"/>
      <w:r w:rsidRPr="004B401A">
        <w:rPr>
          <w:rFonts w:asciiTheme="majorHAnsi" w:hAnsiTheme="majorHAnsi" w:cstheme="majorHAnsi"/>
          <w:lang w:val="nl-NL"/>
        </w:rPr>
        <w:t>Cloudgebaseerd</w:t>
      </w:r>
      <w:proofErr w:type="spellEnd"/>
      <w:r w:rsidRPr="004B401A">
        <w:rPr>
          <w:rFonts w:asciiTheme="majorHAnsi" w:hAnsiTheme="majorHAnsi" w:cstheme="majorHAnsi"/>
          <w:lang w:val="nl-NL"/>
        </w:rPr>
        <w:t>, lage leercurve, geschikt voor niet-technische gebruikers</w:t>
      </w:r>
      <w:r w:rsidRPr="00703D1D">
        <w:rPr>
          <w:lang w:val="nl-NL"/>
        </w:rPr>
        <w:t>.</w:t>
      </w:r>
    </w:p>
    <w:p w14:paraId="0AB01358" w14:textId="77777777" w:rsidR="00234D5C" w:rsidRPr="004B401A" w:rsidRDefault="00234D5C" w:rsidP="00234D5C">
      <w:pPr>
        <w:pStyle w:val="Heading1"/>
        <w:rPr>
          <w:color w:val="000000" w:themeColor="text1"/>
          <w:lang w:val="nl-NL"/>
        </w:rPr>
      </w:pPr>
      <w:bookmarkStart w:id="16" w:name="_Toc211262889"/>
      <w:r w:rsidRPr="00703D1D">
        <w:rPr>
          <w:lang w:val="nl-NL"/>
        </w:rPr>
        <w:t xml:space="preserve">6. </w:t>
      </w:r>
      <w:r w:rsidRPr="004B401A">
        <w:rPr>
          <w:color w:val="000000" w:themeColor="text1"/>
          <w:lang w:val="nl-NL"/>
        </w:rPr>
        <w:t>Conclusie</w:t>
      </w:r>
      <w:bookmarkEnd w:id="16"/>
    </w:p>
    <w:p w14:paraId="1FE2CD25" w14:textId="77777777" w:rsidR="00234D5C" w:rsidRPr="00703D1D" w:rsidRDefault="00234D5C" w:rsidP="00234D5C">
      <w:pPr>
        <w:rPr>
          <w:lang w:val="nl-NL"/>
        </w:rPr>
      </w:pPr>
      <w:r w:rsidRPr="004B401A">
        <w:rPr>
          <w:rFonts w:asciiTheme="majorHAnsi" w:hAnsiTheme="majorHAnsi" w:cstheme="majorHAnsi"/>
          <w:lang w:val="nl-NL"/>
        </w:rPr>
        <w:t>De huidige IT-inrichting is functioneel, maar kent enkele risico’s op het gebied van security en applicatiebeheer. Door updates te structureren, securitybewustzijn te verhogen en de softwarestack uit te breiden met creatieve tools, kan de organisatie efficiënter en veiliger werken</w:t>
      </w:r>
      <w:r w:rsidRPr="00703D1D">
        <w:rPr>
          <w:lang w:val="nl-NL"/>
        </w:rPr>
        <w:t>.</w:t>
      </w:r>
    </w:p>
    <w:p w14:paraId="5AE4C46E" w14:textId="77777777" w:rsidR="00234D5C" w:rsidRPr="00703D1D" w:rsidRDefault="00234D5C" w:rsidP="00234D5C">
      <w:pPr>
        <w:rPr>
          <w:lang w:val="nl-NL"/>
        </w:rPr>
      </w:pPr>
      <w:r w:rsidRPr="00703D1D">
        <w:rPr>
          <w:lang w:val="nl-NL"/>
        </w:rPr>
        <w:br w:type="page"/>
      </w:r>
    </w:p>
    <w:p w14:paraId="23E937E9" w14:textId="77777777" w:rsidR="00234D5C" w:rsidRPr="00585026" w:rsidRDefault="00234D5C">
      <w:pPr>
        <w:rPr>
          <w:lang w:val="nl-NL"/>
        </w:rPr>
      </w:pPr>
    </w:p>
    <w:sectPr w:rsidR="00234D5C" w:rsidRPr="00585026" w:rsidSect="00034616">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7A97F" w14:textId="77777777" w:rsidR="000E14F2" w:rsidRDefault="000E14F2" w:rsidP="008A0672">
      <w:pPr>
        <w:spacing w:after="0" w:line="240" w:lineRule="auto"/>
      </w:pPr>
      <w:r>
        <w:separator/>
      </w:r>
    </w:p>
  </w:endnote>
  <w:endnote w:type="continuationSeparator" w:id="0">
    <w:p w14:paraId="706E2EEB" w14:textId="77777777" w:rsidR="000E14F2" w:rsidRDefault="000E14F2" w:rsidP="008A0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19"/>
      <w:gridCol w:w="4221"/>
    </w:tblGrid>
    <w:tr w:rsidR="00036F76" w14:paraId="464080D1" w14:textId="77777777">
      <w:trPr>
        <w:trHeight w:hRule="exact" w:val="115"/>
        <w:jc w:val="center"/>
      </w:trPr>
      <w:tc>
        <w:tcPr>
          <w:tcW w:w="4686" w:type="dxa"/>
          <w:shd w:val="clear" w:color="auto" w:fill="4F81BD" w:themeFill="accent1"/>
          <w:tcMar>
            <w:top w:w="0" w:type="dxa"/>
            <w:bottom w:w="0" w:type="dxa"/>
          </w:tcMar>
        </w:tcPr>
        <w:p w14:paraId="2ED39123" w14:textId="77777777" w:rsidR="00036F76" w:rsidRDefault="00036F76">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0573CB07" w14:textId="77777777" w:rsidR="00036F76" w:rsidRDefault="00036F76">
          <w:pPr>
            <w:pStyle w:val="Header"/>
            <w:tabs>
              <w:tab w:val="clear" w:pos="4680"/>
              <w:tab w:val="clear" w:pos="9360"/>
            </w:tabs>
            <w:jc w:val="right"/>
            <w:rPr>
              <w:caps/>
              <w:sz w:val="18"/>
            </w:rPr>
          </w:pPr>
        </w:p>
      </w:tc>
    </w:tr>
    <w:tr w:rsidR="00036F76" w14:paraId="54F22390" w14:textId="77777777">
      <w:trPr>
        <w:jc w:val="center"/>
      </w:trPr>
      <w:tc>
        <w:tcPr>
          <w:tcW w:w="4686" w:type="dxa"/>
          <w:vAlign w:val="center"/>
        </w:tcPr>
        <w:p w14:paraId="339AB163" w14:textId="36136E2E" w:rsidR="00036F76" w:rsidRDefault="00FD4D04">
          <w:pPr>
            <w:pStyle w:val="Footer"/>
            <w:tabs>
              <w:tab w:val="clear" w:pos="4680"/>
              <w:tab w:val="clear" w:pos="9360"/>
            </w:tabs>
            <w:rPr>
              <w:caps/>
              <w:color w:val="808080" w:themeColor="background1" w:themeShade="80"/>
              <w:sz w:val="18"/>
              <w:szCs w:val="18"/>
            </w:rPr>
          </w:pPr>
          <w:r w:rsidRPr="000D645D">
            <w:rPr>
              <w:b/>
              <w:bCs/>
              <w:lang w:val="nl-NL"/>
            </w:rPr>
            <w:t>Rapportage gebruikerswensen</w:t>
          </w:r>
        </w:p>
      </w:tc>
      <w:tc>
        <w:tcPr>
          <w:tcW w:w="4674" w:type="dxa"/>
          <w:vAlign w:val="center"/>
        </w:tcPr>
        <w:p w14:paraId="5093E62D" w14:textId="77777777" w:rsidR="00036F76" w:rsidRDefault="00036F76">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3D453669" w14:textId="77777777" w:rsidR="008A0672" w:rsidRDefault="008A0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936BC" w14:textId="77777777" w:rsidR="000E14F2" w:rsidRDefault="000E14F2" w:rsidP="008A0672">
      <w:pPr>
        <w:spacing w:after="0" w:line="240" w:lineRule="auto"/>
      </w:pPr>
      <w:r>
        <w:separator/>
      </w:r>
    </w:p>
  </w:footnote>
  <w:footnote w:type="continuationSeparator" w:id="0">
    <w:p w14:paraId="1DA7E39D" w14:textId="77777777" w:rsidR="000E14F2" w:rsidRDefault="000E14F2" w:rsidP="008A06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3444F58"/>
    <w:multiLevelType w:val="hybridMultilevel"/>
    <w:tmpl w:val="6D1EA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DE6D51"/>
    <w:multiLevelType w:val="hybridMultilevel"/>
    <w:tmpl w:val="F94C9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0C60C0"/>
    <w:multiLevelType w:val="hybridMultilevel"/>
    <w:tmpl w:val="BFBAB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EA2F56"/>
    <w:multiLevelType w:val="hybridMultilevel"/>
    <w:tmpl w:val="5686B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74023B8"/>
    <w:multiLevelType w:val="hybridMultilevel"/>
    <w:tmpl w:val="02188D36"/>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4" w15:restartNumberingAfterBreak="0">
    <w:nsid w:val="58532D1D"/>
    <w:multiLevelType w:val="hybridMultilevel"/>
    <w:tmpl w:val="67ACA9B0"/>
    <w:lvl w:ilvl="0" w:tplc="6FE665E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E384263"/>
    <w:multiLevelType w:val="hybridMultilevel"/>
    <w:tmpl w:val="1B02A62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6" w15:restartNumberingAfterBreak="0">
    <w:nsid w:val="620D64AA"/>
    <w:multiLevelType w:val="hybridMultilevel"/>
    <w:tmpl w:val="6A2E01B2"/>
    <w:lvl w:ilvl="0" w:tplc="BEDECF3A">
      <w:start w:val="1"/>
      <w:numFmt w:val="upperLetter"/>
      <w:lvlText w:val="%1)"/>
      <w:lvlJc w:val="left"/>
      <w:pPr>
        <w:ind w:left="1353" w:hanging="360"/>
      </w:pPr>
      <w:rPr>
        <w:rFonts w:hint="default"/>
      </w:rPr>
    </w:lvl>
    <w:lvl w:ilvl="1" w:tplc="04130019" w:tentative="1">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17" w15:restartNumberingAfterBreak="0">
    <w:nsid w:val="7364166F"/>
    <w:multiLevelType w:val="hybridMultilevel"/>
    <w:tmpl w:val="AF364ED8"/>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16cid:durableId="1718241932">
    <w:abstractNumId w:val="8"/>
  </w:num>
  <w:num w:numId="2" w16cid:durableId="865826681">
    <w:abstractNumId w:val="6"/>
  </w:num>
  <w:num w:numId="3" w16cid:durableId="1398624567">
    <w:abstractNumId w:val="5"/>
  </w:num>
  <w:num w:numId="4" w16cid:durableId="2087145010">
    <w:abstractNumId w:val="4"/>
  </w:num>
  <w:num w:numId="5" w16cid:durableId="821771212">
    <w:abstractNumId w:val="7"/>
  </w:num>
  <w:num w:numId="6" w16cid:durableId="338698826">
    <w:abstractNumId w:val="3"/>
  </w:num>
  <w:num w:numId="7" w16cid:durableId="725834930">
    <w:abstractNumId w:val="2"/>
  </w:num>
  <w:num w:numId="8" w16cid:durableId="1904681085">
    <w:abstractNumId w:val="1"/>
  </w:num>
  <w:num w:numId="9" w16cid:durableId="86074112">
    <w:abstractNumId w:val="0"/>
  </w:num>
  <w:num w:numId="10" w16cid:durableId="421293658">
    <w:abstractNumId w:val="11"/>
  </w:num>
  <w:num w:numId="11" w16cid:durableId="1533609421">
    <w:abstractNumId w:val="10"/>
  </w:num>
  <w:num w:numId="12" w16cid:durableId="1533107584">
    <w:abstractNumId w:val="12"/>
  </w:num>
  <w:num w:numId="13" w16cid:durableId="2114470452">
    <w:abstractNumId w:val="9"/>
  </w:num>
  <w:num w:numId="14" w16cid:durableId="1106194039">
    <w:abstractNumId w:val="13"/>
  </w:num>
  <w:num w:numId="15" w16cid:durableId="866409927">
    <w:abstractNumId w:val="17"/>
  </w:num>
  <w:num w:numId="16" w16cid:durableId="76825673">
    <w:abstractNumId w:val="15"/>
  </w:num>
  <w:num w:numId="17" w16cid:durableId="1371150972">
    <w:abstractNumId w:val="14"/>
  </w:num>
  <w:num w:numId="18" w16cid:durableId="14229445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6F76"/>
    <w:rsid w:val="0006063C"/>
    <w:rsid w:val="00067797"/>
    <w:rsid w:val="00076026"/>
    <w:rsid w:val="00081AA6"/>
    <w:rsid w:val="00096C7A"/>
    <w:rsid w:val="000D5BB8"/>
    <w:rsid w:val="000D645D"/>
    <w:rsid w:val="000E14F2"/>
    <w:rsid w:val="001179FF"/>
    <w:rsid w:val="00132277"/>
    <w:rsid w:val="00134194"/>
    <w:rsid w:val="0015074B"/>
    <w:rsid w:val="001E1060"/>
    <w:rsid w:val="001E5636"/>
    <w:rsid w:val="002347B8"/>
    <w:rsid w:val="00234D5C"/>
    <w:rsid w:val="002644DD"/>
    <w:rsid w:val="00271D71"/>
    <w:rsid w:val="0029639D"/>
    <w:rsid w:val="002E3828"/>
    <w:rsid w:val="002F1B57"/>
    <w:rsid w:val="003049BC"/>
    <w:rsid w:val="00326F90"/>
    <w:rsid w:val="00351C3B"/>
    <w:rsid w:val="00363E44"/>
    <w:rsid w:val="00364A2B"/>
    <w:rsid w:val="00366249"/>
    <w:rsid w:val="00374BB3"/>
    <w:rsid w:val="00386196"/>
    <w:rsid w:val="003A0EDD"/>
    <w:rsid w:val="003B122A"/>
    <w:rsid w:val="003B5F6F"/>
    <w:rsid w:val="003E28C9"/>
    <w:rsid w:val="0041534E"/>
    <w:rsid w:val="00462A05"/>
    <w:rsid w:val="00494067"/>
    <w:rsid w:val="004B77C4"/>
    <w:rsid w:val="004E3514"/>
    <w:rsid w:val="004F1A0E"/>
    <w:rsid w:val="004F76F8"/>
    <w:rsid w:val="00544AC1"/>
    <w:rsid w:val="005466D3"/>
    <w:rsid w:val="00575AD8"/>
    <w:rsid w:val="00585026"/>
    <w:rsid w:val="005B5355"/>
    <w:rsid w:val="005E6651"/>
    <w:rsid w:val="00605AD2"/>
    <w:rsid w:val="00615C38"/>
    <w:rsid w:val="0062418D"/>
    <w:rsid w:val="006A6737"/>
    <w:rsid w:val="006C27AE"/>
    <w:rsid w:val="00733A11"/>
    <w:rsid w:val="0077486F"/>
    <w:rsid w:val="007F11F3"/>
    <w:rsid w:val="00884A73"/>
    <w:rsid w:val="00893AA0"/>
    <w:rsid w:val="008A0672"/>
    <w:rsid w:val="008F7D9F"/>
    <w:rsid w:val="0092589A"/>
    <w:rsid w:val="00933166"/>
    <w:rsid w:val="00944472"/>
    <w:rsid w:val="009568CD"/>
    <w:rsid w:val="00960862"/>
    <w:rsid w:val="009C6870"/>
    <w:rsid w:val="009E4778"/>
    <w:rsid w:val="00A25610"/>
    <w:rsid w:val="00AA1D8D"/>
    <w:rsid w:val="00AA240A"/>
    <w:rsid w:val="00B4637B"/>
    <w:rsid w:val="00B47730"/>
    <w:rsid w:val="00B52FC5"/>
    <w:rsid w:val="00B65B38"/>
    <w:rsid w:val="00BB4E93"/>
    <w:rsid w:val="00BF646A"/>
    <w:rsid w:val="00C10B26"/>
    <w:rsid w:val="00C32CE3"/>
    <w:rsid w:val="00C547B9"/>
    <w:rsid w:val="00C7157C"/>
    <w:rsid w:val="00CB0664"/>
    <w:rsid w:val="00CE07A4"/>
    <w:rsid w:val="00CF1E7D"/>
    <w:rsid w:val="00CF6009"/>
    <w:rsid w:val="00D22B11"/>
    <w:rsid w:val="00DE49F8"/>
    <w:rsid w:val="00E04D4E"/>
    <w:rsid w:val="00E302C5"/>
    <w:rsid w:val="00E32D34"/>
    <w:rsid w:val="00E7000B"/>
    <w:rsid w:val="00E8434D"/>
    <w:rsid w:val="00E93698"/>
    <w:rsid w:val="00EB4968"/>
    <w:rsid w:val="00EE2DDB"/>
    <w:rsid w:val="00F32EB6"/>
    <w:rsid w:val="00F353E5"/>
    <w:rsid w:val="00F706D5"/>
    <w:rsid w:val="00F747C5"/>
    <w:rsid w:val="00F8197A"/>
    <w:rsid w:val="00FC4E01"/>
    <w:rsid w:val="00FC693F"/>
    <w:rsid w:val="00FD4D04"/>
    <w:rsid w:val="00FD78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4427EE"/>
  <w14:defaultImageDpi w14:val="300"/>
  <w15:docId w15:val="{2174ACF6-F987-4A55-B2CF-578D3F2F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2644DD"/>
    <w:pPr>
      <w:spacing w:after="100"/>
    </w:pPr>
  </w:style>
  <w:style w:type="character" w:styleId="Hyperlink">
    <w:name w:val="Hyperlink"/>
    <w:basedOn w:val="DefaultParagraphFont"/>
    <w:uiPriority w:val="99"/>
    <w:unhideWhenUsed/>
    <w:rsid w:val="00264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3229df5c-0b07-46e8-a244-94e0c6b561e3}" enabled="0" method="" siteId="{3229df5c-0b07-46e8-a244-94e0c6b561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25</Pages>
  <Words>1767</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Rapportage gebruikerswensen</dc:title>
  <dc:subject/>
  <dc:creator>BRYAN l s</dc:creator>
  <cp:keywords/>
  <dc:description/>
  <cp:lastModifiedBy>Bryan Lwanga</cp:lastModifiedBy>
  <cp:revision>2</cp:revision>
  <dcterms:created xsi:type="dcterms:W3CDTF">2025-11-19T12:52:00Z</dcterms:created>
  <dcterms:modified xsi:type="dcterms:W3CDTF">2025-11-19T12:52:00Z</dcterms:modified>
  <cp:category/>
</cp:coreProperties>
</file>